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10. SINIF BİYOLOJİ GÜNLÜK PLAN / DERS PLANI</w:t>
      </w:r>
    </w:p>
    <w:p>
      <w:pPr>
        <w:pStyle w:val="Title"/>
        <w:spacing w:after="160"/>
      </w:pPr>
      <w:r>
        <w:rPr>
          <w:rFonts w:ascii="Times New Roman" w:hAnsi="Times New Roman" w:eastAsia="Times New Roman"/>
          <w:b/>
          <w:i w:val="0"/>
          <w:color w:val="000000"/>
          <w:sz w:val="24"/>
        </w:rPr>
        <w:t>1.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14-18 Eylül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14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ENERJİ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Canlılık İçin Enerjinin Önemi (ATP’nin Yapısı ve Enerji Aktarımında ATP’nin Rolü)</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BİY.10.1.1. Canlıların yaşamına devam edebilmesi için enerjinin gerekliliğini sorgulayabilme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Canlıların yaşamına devam edebilmesi için enerjinin gerekliliğiyle ilgili merakını ifade eder. b) Canlıların yaşamına devam edebilmesi için enerjinin gerekliliğiyle ilgili sorular sorar. c) Canlıların yaşamına devam edebilmesi için enerjinin gerekliliğiyle ilgili bilgileri toplar. ç) Canlıların yaşamına devam edebilmesi için enerjinin gerekliliğiyle ilgili topladığı bilgilerin doğruluğunu değerlendirir.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Canlıların enerji gereksinimini ATP'nin yapısı ve enerji aktarımındaki rolü üzerinden sorgulama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ATP, adenozin, fosfat grubu, enerji aktarımı, endergonik, ekzergonik, metabolizma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15 Temmuz Demokrasi ve Millî Birlik Günü</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Canlı hücreler enerjiyi neden doğrudan besinden değil, ATP aracılığıyla kullanır?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canlıların enerji gereksinimini atp'nin yapısı ve enerji aktarımındaki rolü üzerinden sorgulama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“Canlı hücreler enerjiyi neden doğrudan besinden değil, ATP aracılığıyla kullanır?”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kas kasılması, aktif taşıma ve biyosentez örneklerini kısa görsellerle sunar. Öğrencilerin bu olaylarda enerjinin nereden geldiğine ilişkin ön bilgilerini toplar; enerji depolama ile enerji aktarımı kavramlarını ayıran bir model üzerinde ATP'nin hücre içindeki işlevini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günlük yaşamdan seçilen üç canlılık olayını inceler; olayın enerji gerektirip gerektirmediğini gerekçeleriyle belirtir. Ardından ATP'nin yapısındaki bileşenleri şema üzerinde etiketler ve ATP'nin enerji sağlayan tek kullanımlık bir depo değil, sürekli yenilenen bir aktarım molekülü olduğunu kendi cümleleriyle açıklar.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Enerji gerektiren olay sınıflandırması, etiketlenmiş ATP şeması ve kısa açıklama.</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ATP'nin kurulması ve yıkılması sırasında enerji alma-verme ilişkisini bir döngü şemasıyla modelleyerek açıklar. Enerjinin yoktan var olmadığı, ATP'nin besinlerdeki enerjinin hücresel işlerde kullanılmasını kolaylaştırdığı vurgulanır.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verilen durum kartlarını ATP sentezi, ATP yıkımı ve doğrudan ATP kullanımı başlıklarıyla eşleştirir. Her eşleştirme için enerji girişini veya çıkışını gösteren bir ok kullanır; ardından temel soruya kanıta dayalı iki cümlelik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ATP döngüsü eşleştirme çalışması ve gerekçeli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Canlıların yaşamına devam edebilmesi için enerjinin gerekliliğiyle ilgili merakını ifade eder. b) Canlıların yaşamına devam edebilmesi için enerjinin gerekliliğiyle ilgili sorular sorar. c) Canlıların yaşamına devam edebilmesi için enerjinin gerekliliğiyle ilgili bilgileri toplar. ç) Canlıların yaşamına devam edebilmesi için enerjinin gerekliliğiyle ilgili topladığı bilgilerin doğruluğunu değerlendirir.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ATP'nin enerji aktarımındaki rolünü gösteren, en az iki hücresel olay içeren açıklamalı bir kavram haritası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Canlılık İçin Enerjinin Önemi (ATP’nin Yapısı ve Enerji Aktarımında ATP’nin Rolü) konusu, BİY.10.1.1. Canlıların yaşamına devam edebilmesi için enerjinin gerekliliğini sorgulayabilme öğrenme çıktısı doğrultusunda canlıların enerji gereksinimini atp'nin yapısı ve enerji aktarımındaki rolü üzerinden sorgulama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14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1. Hafta Günlük Plan / Ders Planı</dc:title>
  <dc:subject>10. Sınıf Biyoloji Günlük Plan / Ders Planı</dc:subject>
  <dc:creator/>
  <cp:keywords>10.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