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10. SINIF BİYOLOJİ GÜNLÜK PLAN / DERS PLANI</w:t>
      </w:r>
    </w:p>
    <w:p>
      <w:pPr>
        <w:pStyle w:val="Title"/>
        <w:spacing w:after="160"/>
      </w:pPr>
      <w:r>
        <w:rPr>
          <w:rFonts w:ascii="Times New Roman" w:hAnsi="Times New Roman" w:eastAsia="Times New Roman"/>
          <w:b/>
          <w:i w:val="0"/>
          <w:color w:val="000000"/>
          <w:sz w:val="24"/>
        </w:rPr>
        <w:t>2.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21-25 Eylül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21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ENERJİ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Canlılık İçin Enerjinin Önemi (ATP’nin Yapısı ve Enerji Aktarımında ATP’nin Rolü) / Işık Enerjisi Kullanılarak Besin Sentezi: Fotosentez (Işığın Kullanıldığı Tepkimeler, Işığın Kullanılmadığı Tepkimeler, Fotosentez Hızına Etki Eden Çevresel Faktörler)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BİY.10.1.1. Canlıların yaşamına devam edebilmesi için enerjinin gerekliliğini sorgulayabilme BİY.10.1.2. Fotosentez reaksiyonlarıyla ilgili bilimsel model oluşturabilme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BİY.10.1.1. d) Canlıların yaşamına devam edebilmesi için enerjinin gerekliliğiyle ilgili topladığı bilgiler üzerinden çıkarım yapar. BİY.10.1.2. a) Fotosentez reaksiyonlarının işleyişini açıklamak için model önerir.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Fotosentezin ışığa bağlı ve ışıktan bağımsız tepkimelerini açıklamak için bilimsel model önerme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fotosentez, kloroplast, tilakoit, stroma, ışığa bağlı tepkime, ışığa bağımsız tepkime, glikoz</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Fotosentezde ışık enerjisi, besin sentezinde kullanılabilecek kimyasal enerjiye nasıl dönüştürülür?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fotosentezin ışığa bağlı ve ışıktan bağımsız tepkimelerini açıklamak için bilimsel model önerme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“Fotosentezde ışık enerjisi, besin sentezinde kullanılabilecek kimyasal enerjiye nasıl dönüştürülür?”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bir yaprak hücresi ve kloroplast görseli üzerinden fotosentezin gerçekleştiği yapıları tanıtır. Işık enerjisinin doğrudan glikoza dönüşmediğini, aşamalı bir enerji dönüşümünün bulunduğunu gösteren basitleştirilmiş akış şemasını sınıfla inceler.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kloroplast şemasında tilakoit ve stromayı işaretler. Verilen madde ve enerji kartlarını ışığa bağlı ve ışıktan bağımsız tepkimelerle ilişkilendirir; eksik gördükleri bağlantılar için soru üretir.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Etiketlenmiş kloroplast modeli, kart eşleştirmesi ve araştırma soruları.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model önermede yapı, madde, enerji ve süreç ilişkisini gösterme ölçütlerini açıklar. Öğrencilerin modellerinde ok yönlerinin enerji ve madde akışını açıklaması gerektiğini hatırlatır.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ikili gruplarda fotosentezin iki ana aşamasını gösteren ilk modellerini çizer. Her grup modelinde su, karbondioksit, oksijen, ışık enerjisi ve organik besinle ilgili bağlantıları gerekçelendirir; modelde emin olmadığı noktayı not eder.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Fotosentez ilk modeli, model açıklama kartı ve belirsizlik notu.</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BİY.10.1.1. d) Canlıların yaşamına devam edebilmesi için enerjinin gerekliliğiyle ilgili topladığı bilgiler üzerinden çıkarım yapar. BİY.10.1.2. a) Fotosentez reaksiyonlarının işleyişini açıklamak için model önerir.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Hazırlanan modeldeki her okun neyi temsil ettiğini açıklayan kısa bir model anahtarı yazılır.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Canlılık İçin Enerjinin Önemi (ATP’nin Yapısı ve Enerji Aktarımında ATP’nin Rolü) / Işık Enerjisi Kullanılarak Besin Sentezi: Fotosentez (Işığın Kullanıldığı Tepkimeler, Işığın Kullanılmadığı Tepkimeler, Fotosentez Hızına Etki Eden Çevresel Faktörler) konusu, BİY.10.1.1. Canlıların yaşamına devam edebilmesi için enerjinin gerekliliğini sorgulayabilme BİY.10.1.2. Fotosentez reaksiyonlarıyla ilgili bilimsel model oluşturabilme öğrenme çıktısı doğrultusunda fotosentezin ışığa bağlı ve ışıktan bağımsız tepkimelerini açıklamak için bilimsel model önerme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21 Eylül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Biyoloji 2. Hafta Günlük Plan / Ders Planı</dc:title>
  <dc:subject>10. Sınıf Biyoloji Günlük Plan / Ders Planı</dc:subject>
  <dc:creator/>
  <cp:keywords>10.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