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10. SINIF BİYOLOJİ GÜNLÜK PLAN / DERS PLANI</w:t>
      </w:r>
    </w:p>
    <w:p>
      <w:pPr>
        <w:pStyle w:val="Title"/>
        <w:spacing w:after="160"/>
      </w:pPr>
      <w:r>
        <w:rPr>
          <w:rFonts w:ascii="Times New Roman" w:hAnsi="Times New Roman" w:eastAsia="Times New Roman"/>
          <w:b/>
          <w:i w:val="0"/>
          <w:color w:val="000000"/>
          <w:sz w:val="24"/>
        </w:rPr>
        <w:t>4.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5-9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5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ENERJİ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Işık Enerjisi Kullanılarak Besin Sentezi: Fotosentez (Işığın Kullanıldığı Tepkimeler, Işığın Kullanılmadığı Tepkimeler, Fotosentez Hızına Etki Eden Çevresel Faktörler)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BİY.10.1.2. Fotosentez reaksiyonlarıyla ilgili bilimsel model oluşturabilme BİY.10.1.3. Fotosentezde kullanılan ve üretilen maddelerle ilgili deney yapabilme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BİY.10.1.2. b) Fotosentez reaksiyonlarının işleyişi ile ilgili önerdiği modeli bilimsel modellerle karşılaştırır ve elde ettiği kanıtlarla modelini yeniler. BİY.10.1.3. a) Fotosentezde kullanılan ve üretilen maddelerle ilgili deney tasarlar.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Fotosentezde kullanılan ve üretilen maddeleri incelemeye yönelik kontrollü deney tasarlama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deney tasarımı, bağımlı değişken, bağımsız değişken, kontrol değişkeni, su bitkisi, oksijen, nişasta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Fotosentezde bir maddenin kullanıldığını veya ürün oluştuğunu gösterecek deney nasıl tasarlanır?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fotosentezde kullanılan ve üretilen maddeleri incelemeye yönelik kontrollü deney tasarlama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“Fotosentezde bir maddenin kullanıldığını veya ürün oluştuğunu gösterecek deney nasıl tasarlanır?”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fotosentez deneylerinde güvenlik, canlıya zarar vermeme, değişken kontrolü ve ölçüm tekrarı ilkelerini açıklar. Işık alan su bitkisi düzeneği ile yaprakta nişasta aranmasına ilişkin örnekleri, sonuç söylemeden deney sorusu üzerinden inceler.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verilen deney sorularında bağımlı, bağımsız ve kontrol değişkenlerini ayırt eder. Bir düzenekte aynı anda birden çok değişken değiştirildiğinde yorum yapmanın neden zorlaştığını örnekle açıklar.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Değişken sınıflandırma formu ve güvenlik kontrol listesi.</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deney tasarımında hipotez, araç gereç, uygulama basamakları, ölçüm yöntemi ve olası hata kaynakları arasındaki ilişkiyi açıklar. Ölçülebilir olmayan ifadeleri öğrencilerle birlikte düzeltir.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gruplar hâlinde fotosentezde oksijen oluşumu veya ışığın etkisini inceleyecek bir deney planı yazar. Her grup hipotezini, değişkenlerini, kontrol grubunu, kayıt tablosunu ve güvenlik önlemlerini planına ekler.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Kontrollü deney planı ve boş veri kayıt tablosu.</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BİY.10.1.2. b) Fotosentez reaksiyonlarının işleyişi ile ilgili önerdiği modeli bilimsel modellerle karşılaştırır ve elde ettiği kanıtlarla modelini yeniler. BİY.10.1.3. a) Fotosentezde kullanılan ve üretilen maddelerle ilgili deney tasarlar.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Deney planındaki bir olası hata kaynağı seçilerek sonuca nasıl etki edebileceği açıklanır.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Işık Enerjisi Kullanılarak Besin Sentezi: Fotosentez (Işığın Kullanıldığı Tepkimeler, Işığın Kullanılmadığı Tepkimeler, Fotosentez Hızına Etki Eden Çevresel Faktörler) konusu, BİY.10.1.2. Fotosentez reaksiyonlarıyla ilgili bilimsel model oluşturabilme BİY.10.1.3. Fotosentezde kullanılan ve üretilen maddelerle ilgili deney yapabilme öğrenme çıktısı doğrultusunda fotosentezde kullanılan ve üretilen maddeleri incelemeye yönelik kontrollü deney tasarlama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5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Biyoloji 4. Hafta Günlük Plan / Ders Planı</dc:title>
  <dc:subject>10. Sınıf Biyoloji Günlük Plan / Ders Planı</dc:subject>
  <dc:creator/>
  <cp:keywords>10.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