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10. SINIF BİYOLOJİ GÜNLÜK PLAN / DERS PLANI</w:t>
      </w:r>
    </w:p>
    <w:p>
      <w:pPr>
        <w:pStyle w:val="Title"/>
        <w:spacing w:after="160"/>
      </w:pPr>
      <w:r>
        <w:rPr>
          <w:rFonts w:ascii="Times New Roman" w:hAnsi="Times New Roman" w:eastAsia="Times New Roman"/>
          <w:b/>
          <w:i w:val="0"/>
          <w:color w:val="000000"/>
          <w:sz w:val="24"/>
        </w:rPr>
        <w:t>5.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12-16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ENERJİ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Işık Enerjisi Kullanılarak Besin Sentezi: Fotosentez (Işığın Kullanıldığı Tepkimeler, Işığın Kullanılmadığı Tepkimeler, Fotosentez Hızına Etki Eden Çevresel Faktörler)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BİY.10.1.3. Fotosentezde kullanılan ve üretilen maddelerle ilgili deney yapabilme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Fotosentezde kullanılan ve üretilen maddelerle ilgili deney tasarlar. b) Tasarladığı deneyden elde ettiği sonuçların analizini yapar ve bu sonuçları fotosentezi açıklamak için kullanır.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Fotosentez deneyinden elde edilen verileri analiz ederek bulguları bilimsel açıklamayla ilişkilendirme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veri analizi, ölçüm, tekrar, ortalama, grafik, bulgu, yorum, hata kaynağı</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Deney verilerimiz fotosentez hakkında hangi sonucu destekler ve bu sonucun sınırları nelerdir?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fotosentez deneyinden elde edilen verileri analiz ederek bulguları bilimsel açıklamayla ilişkilendirme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“Deney verilerimiz fotosentez hakkında hangi sonucu destekler ve bu sonucun sınırları nelerdir?”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hafta tasarlanan düzeneğe ait örnek ölçüm sonuçlarını veya güvenli uygulamadan elde edilen sınıf verilerini sunar. Veri ile yorumun ayrı tutulması gerektiğini, verinin önce tabloya doğru aktarılması gerektiğini hatırlatır.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ölçümleri düzenli tabloya geçirir, tekrar eden ölçümlerdeki benzerlik ve farklılıkları inceler. Uygun başlık, birim ve eksen kullanarak veriyi çizgi ya da sütun grafiğine dönüştürür.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Düzenlenmiş veri tablosu ve doğru etiketlenmiş grafik.</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bir grafikten çıkarım yaparken değişkenler dışındaki koşulların etkisini ve deneyin sınırlarını belirtmenin önemini açıklar. Bulguyu kesin yargı ile karıştırmayan örnek sonuç cümlelerini modelleyerek gösterir.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grafiğe dayalı bir bulgu cümlesi, bulguyu fotosentezle ilişkilendiren yorum ve bir sınırlılık cümlesi yazar. Gruplar birbirlerinin sonuçlarını deney sorusu ve verilerle uyumu bakımından kontrol eder.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Bulgular-yorum-sınırlılık üçlüsü ve akran geri bildirimi.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Fotosentezde kullanılan ve üretilen maddelerle ilgili deney tasarlar. b) Tasarladığı deneyden elde ettiği sonuçların analizini yapar ve bu sonuçları fotosentezi açıklamak için kullanır.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Deney raporu; amaç, hipotez, değişkenler, bulgular, yorum ve sınırlılık başlıklarıyla tamamlanır.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Işık Enerjisi Kullanılarak Besin Sentezi: Fotosentez (Işığın Kullanıldığı Tepkimeler, Işığın Kullanılmadığı Tepkimeler, Fotosentez Hızına Etki Eden Çevresel Faktörler) konusu, BİY.10.1.3. Fotosentezde kullanılan ve üretilen maddelerle ilgili deney yapabilme öğrenme çıktısı doğrultusunda fotosentez deneyinden elde edilen verileri analiz ederek bulguları bilimsel açıklamayla ilişkilendirme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12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Biyoloji 5. Hafta Günlük Plan / Ders Planı</dc:title>
  <dc:subject>10. Sınıf Biyoloji Günlük Plan / Ders Planı</dc:subject>
  <dc:creator/>
  <cp:keywords>10.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