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6.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19-23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Işık Enerjisi Kullanılarak Besin Sentezi: Fotosentez (Işığın Kullanıldığı Tepkimeler, Işığın Kullanılmadığı Tepkimeler, Fotosentez Hızına Etki Eden Çevresel Faktörler) / Işık Enerjisi Kullanılmadan Besin Sentezi: Kemosentez</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BİY.10.1.3. Fotosentezde kullanılan ve üretilen maddelerle ilgili deney yapabilme BİY.10.1.4. Kemosentez hakkında bilgi toplayabilme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BİY.10.1.3. b) Tasarladığı deneyden elde ettiği sonuçların analizini yapar ve bu sonuçları fotosentezi açıklamak için kullanır. BİY.10.1.4. a) Kemosentez hakkında bilgiye ulaşmak için kullanacağı araçları belirler. b) Belirlediği araçları kullanarak kemosentez ile ilgili bilgilere ulaşır.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Fotosentez ve kemosentezi enerji kaynağı, karbon kaynağı ve ekosistemdeki rol bakımından karşılaştırma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kemosentez, ototrof, inorganik madde, kimyasal enerji, karbon kaynağı, ekosistem, karşılaştırma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Işık kullanılmadan organik besin sentezi hangi canlılarda ve hangi enerji kaynağıyla gerçekleşebilir?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fotosentez ve kemosentezi enerji kaynağı, karbon kaynağı ve ekosistemdeki rol bakımından karşılaştırma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“Işık kullanılmadan organik besin sentezi hangi canlılarda ve hangi enerji kaynağıyla gerçekleşebilir?”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fotosentez ve kemosentezin her ikisinin de organik besin senteziyle ilişkili olduğunu; ancak enerji kaynağı ve gerçekleştiği canlı grupları bakımından farklılaştığını açıklar. Kemosentezin bitkilerde gerçekleştiği yanılgısını tartışmaya açar.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fotoototrof ve kemoototrof canlılara ilişkin kısa bilgi kartlarını inceler. Kartlardaki enerji kaynağı, karbon kaynağı, gerçekleştiği ortam ve ekosisteme katkı bilgilerini karşılaştırma tablosuna aktarır.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Fotosentez-kemosentez karşılaştırma tablosu ve kavram eşleştirmesi.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kemosentez bilgisini değerlendirirken canlı adı, enerji kaynağı ve ürün ilişkisini ayrı kanıtlarla doğrulama yolunu gösterir. Güvenilir kaynaklarda aynı kavramın farklı ifadelerle açıklanabileceğini belirtir.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seçilen bir kemosentetik canlı grubu hakkında iki güvenilir açıklamayı karşılaştırır. Ortak bilgileri ve doğrulama gerektiren ifadeleri işaretler; temel soruya kaynak dayanaklı bir yanıt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Kaynak karşılaştırma formu ve gerekçeli kısa açıklama.</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BİY.10.1.3. b) Tasarladığı deneyden elde ettiği sonuçların analizini yapar ve bu sonuçları fotosentezi açıklamak için kullanır. BİY.10.1.4. a) Kemosentez hakkında bilgiye ulaşmak için kullanacağı araçları belirler. b) Belirlediği araçları kullanarak kemosentez ile ilgili bilgilere ulaşır.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Fotosentez ve kemosentezin benzerlik-farklılıklarını en az dört ölçütle gösteren tablo tamamlanır.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Işık Enerjisi Kullanılarak Besin Sentezi: Fotosentez (Işığın Kullanıldığı Tepkimeler, Işığın Kullanılmadığı Tepkimeler, Fotosentez Hızına Etki Eden Çevresel Faktörler) / Işık Enerjisi Kullanılmadan Besin Sentezi: Kemosentez konusu, BİY.10.1.3. Fotosentezde kullanılan ve üretilen maddelerle ilgili deney yapabilme BİY.10.1.4. Kemosentez hakkında bilgi toplayabilme öğrenme çıktısı doğrultusunda fotosentez ve kemosentezi enerji kaynağı, karbon kaynağı ve ekosistemdeki rol bakımından karşılaştırma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19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6.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