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10. SINIF BİYOLOJİ GÜNLÜK PLAN / DERS PLANI</w:t>
      </w:r>
    </w:p>
    <w:p>
      <w:pPr>
        <w:pStyle w:val="Title"/>
        <w:spacing w:after="160"/>
      </w:pPr>
      <w:r>
        <w:rPr>
          <w:rFonts w:ascii="Times New Roman" w:hAnsi="Times New Roman" w:eastAsia="Times New Roman"/>
          <w:b/>
          <w:i w:val="0"/>
          <w:color w:val="000000"/>
          <w:sz w:val="24"/>
        </w:rPr>
        <w:t>8.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 Kasım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ENERJİ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Sindirim (Hücre İçi Sindirim ve Hücre Dışı Sindirim), Canlılarda Sindirim Yapıları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BİY.10.1.5. Canlılarda sindirim çeşitlerini ve yapılarını sınıflandırabilme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 Canlılarda sindirim çeşitleri ve yapılarını gruplandırır. ç) Canlılarda sindirim çeşitleri ve yapılarını isimlendirir.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Sindirim çeşitleri ve canlılardaki sindirim yapılarına ilişkin grupları adlandırma ve ilişkilendirme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sindirim organı, sindirim sistemi, hücre içi, hücre dışı, ağız, mide, bağırsak, enzim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Sınıflandırdığımız sindirim biçimlerini bilimsel kavramlarla doğru biçimde nasıl adlandırırız?</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sindirim çeşitleri ve canlılardaki sindirim yapılarına ilişkin grupları adlandırma ve ilişkilendirme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“Sınıflandırdığımız sindirim biçimlerini bilimsel kavramlarla doğru biçimde nasıl adlandırırız?”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haftanın gruplarını sınıfla gözden geçirir ve bilimsel terimlerin tanımlayıcı ölçütlerle birlikte kullanılmasını ister. Sindirim sistemine ait şemalarda yapı ile işlevin birbirine karıştırılmaması gerektiğini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sınıflandırma anahtarındaki gruplara uygun bilimsel adları verir. Her ad için gruba alınma ölçütünü ve örnek canlıyı belirtir; yanlış veya fazla genelleyici adları öğretmen rehberliğinde düzeltir.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Adlandırılmış sınıflandırma anahtarı ve kavram doğrulama notu.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insan sindirimine geçiş için ağızdan bağırsağa ilerleyen sindirim kanalını ve yardımcı organların genel işlevini görsel üzerinde tanıtır. Ayrıntıların sonraki öğrenme çıktısında derinleştirileceğini belirtir.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insan sindirim sistemi şemasında temel yapıları etiketler ve her yapı için yalnızca bu derste ele alınan genel işlevi yazar. Yapıların sırasını ve besinin izlediği yolu oklarla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Etiketlenmiş sindirim sistemi şeması ve yapı-işlev eşleştirmesi.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c) Canlılarda sindirim çeşitleri ve yapılarını gruplandırır. ç) Canlılarda sindirim çeşitleri ve yapılarını isimlendirir.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Hücre içi ve hücre dışı sindirimi bir örnek canlı ve bir ölçüt kullanarak karşılaştıran kısa açıklama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Sindirim (Hücre İçi Sindirim ve Hücre Dışı Sindirim), Canlılarda Sindirim Yapıları konusu, BİY.10.1.5. Canlılarda sindirim çeşitlerini ve yapılarını sınıflandırabilme öğrenme çıktısı doğrultusunda sindirim çeşitleri ve canlılardaki sindirim yapılarına ilişkin grupları adlandırma ve ilişkilendirme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 Kasım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8. Hafta Günlük Plan / Ders Planı</dc:title>
  <dc:subject>10. Sınıf Biyoloji Günlük Plan / Ders Planı</dc:subject>
  <dc:creator/>
  <cp:keywords>10.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