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9.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9-13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Canlılarda Sindirim Yapıları, İnsanda Sindirim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BİY.10.1.5. Canlılarda sindirim çeşitlerini ve yapılarını sınıflandırabilme BİY.10.1.6. İnsanda enerji eldesi için sindirim, emilim ve taşıma süreçlerinin gerekliliği ile ilgili bilimsel çıkarım yapabilme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BİY.10.1.5. ç) Canlılarda sindirim çeşitleri ve yapılarını isimlendirir. BİY.10.1.6. a) İnsanda sindirim, emilim ve taşıma süreçlerinin niteliklerini tanımlar.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İnsanda sindirim, emilim ve taşınma süreçlerinin enerji eldesi için gerekliliğine ilişkin bilimsel çıkarım yapma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sindirim, emilim, dolaşım, taşıma, besin monomeri, enerji eldesi, hücresel solunum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Atatürk Haftası (10-16 Kasım)</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Besinlerin yalnızca tüketilmesi, hücrelerin enerji elde etmesi için neden yeterli değildir?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i̇nsanda sindirim, emilim ve taşınma süreçlerinin enerji eldesi için gerekliliğine ilişkin bilimsel çıkarım yapma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“Besinlerin yalnızca tüketilmesi, hücrelerin enerji elde etmesi için neden yeterli değildir?”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besinin ağızdan alınması ile hücrede kullanılabilir hâle gelmesi arasındaki basamakları problem durumu üzerinden ele alır. Sindirim, emilim ve taşınma süreçlerinin sırasını ve her sürecin işlevini basitleştirilmiş bir vücut şeması üzerinde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besinin izlediği yolu kartlarla sıralar; her basamağın enerji eldesi için neden gerekli olduğunu yazar. Sindirim ile emilimi aynı süreç sanan ifadeleri gerekçeleriyle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Besin yolculuğu sıralama kartları ve süreç-gerekçe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bilimsel çıkarımın doğrudan gözlenmeyen ilişkiyi kanıtlanmış bilgilerden hareketle açıklamak olduğunu hatırlatır. Birden fazla sürecin aksaması hâlinde enerji eldesinin nasıl etkilenebileceğini kesin tanı koymadan örneklerle tartışır.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kısa durumları sindirim, emilim veya taşınma basamağıyla ilişkilendirir; hücrelerin enerji elde etmesinin neden etkilenebileceğine dair kanıta dayalı açıklama yazar. Açıklamada süreçler arasındaki bağlantıyı oklar veya bağlaçlarla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Durum çözümleme formu, gerekçeli çıkarım ve öz değerlendirme.</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BİY.10.1.5. ç) Canlılarda sindirim çeşitleri ve yapılarını isimlendirir. BİY.10.1.6. a) İnsanda sindirim, emilim ve taşıma süreçlerinin niteliklerini tanımlar.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Sindirim, emilim ve taşınmanın enerji eldesindeki sıralı rolünü açıklayan bir süreç şeması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Canlılarda Sindirim Yapıları, İnsanda Sindirim konusu, BİY.10.1.5. Canlılarda sindirim çeşitlerini ve yapılarını sınıflandırabilme BİY.10.1.6. İnsanda enerji eldesi için sindirim, emilim ve taşıma süreçlerinin gerekliliği ile ilgili bilimsel çıkarım yapabilme öğrenme çıktısı doğrultusunda i̇nsanda sindirim, emilim ve taşınma süreçlerinin enerji eldesi için gerekliliğine ilişkin bilimsel çıkarım yapma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9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9.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