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10. SINIF TÜRK DİLİ VE EDEBİYATI DERS PLANI</w:t>
      </w:r>
    </w:p>
    <w:p>
      <w:pPr>
        <w:pStyle w:val="Title"/>
        <w:spacing w:after="180"/>
      </w:pPr>
      <w:r>
        <w:rPr>
          <w:rFonts w:ascii="Times New Roman" w:hAnsi="Times New Roman" w:eastAsia="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10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3.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28 Eylül-2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28 Eylül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Ezgisi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Ezgisi: Okuma sürecini estetik ölçütlerle değerlendirme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Tema içeriğine uygun koşuk, koşma, türkü ve ninni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TDE2.4. Sözün Ezgisi temasındaki metinlere yönelik okuma sürecini değerlendirebilme.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Öz değerlendirme formu, estetik ölçüt listesi ve kısa yansıtma metni.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görsel okuryazarlık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şiir, masal, tema, metin türü, ana düşünce, söz varlığı, konuşma ve yazma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dinledikleri müzik, izledikleri film ve günlük anlatılarındaki ritim, tekrar, vurgu ve sahne kurgusu üzerinden öğrenmeleri; tema kapsamındaki edebî metinlerle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okulun imkânları ve zümre kararına göre metin ile etkinlik seçimi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5 ders saati için hazırlanmıştır. Ders çizelgesinde farklı süre ya da resmî faaliyet bulunması hâlinde öğrenme çıktısı,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Ezgisi: Okuma sürecini estetik ölçütlerle değerlendirme. Başlık, görsel, ses kaydı, anahtar sözcük veya kısa alıntı üzerinden öğrencilerin içerik, tür ve amaç hakkında tahminde bulunmalarını sağlar. Paylaşımları ortak ölçütler altında toplar ve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bireysel okuma/dinleme, ikili inceleme ve küçük grup paylaşımı aşamalarını yönetir. Ana görev olarak okuduğu metni ses, ritim, söz varlığı ve duygu aktarımı bakımından ölçüt kullanarak değerlendirme üzerinde durur. Her gruptan yorumunu metin, ses, görsel, yapı unsuru veya seçtiği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Öz değerlendirme formu, estetik ölçüt listesi ve kısa yansıtma metni.</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çözümleme notu, sunum planı, şiir dinletisi akışı, sahne kartı, film şeridi veya kısa yansıtma metni gibi anlamlı bir ürün oluşturma fırsatı verir. Ürünün amaç, hedef kitle, düzen, söyleyiş ve dil kullanımı yönlerinden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görünür kılar. Öğrencilerin metin veya görev üzerinden ulaştığı sonuçları ortak başlıkta toplar. Çıkış kartında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ses, ritim, anlatım,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Sözün Ezgisi temasındaki metinlere ilişkin okuma süreci estetik ölçütler kullanılarak değerlendirildi.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28 Eylül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Türk Dili ve Edebiyatı 3.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