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10. SINIF TÜRK DİLİ VE EDEBİYATI DERS PLANI</w:t>
      </w:r>
    </w:p>
    <w:p>
      <w:pPr>
        <w:pStyle w:val="Title"/>
        <w:spacing w:after="180"/>
      </w:pPr>
      <w:r>
        <w:rPr>
          <w:rFonts w:ascii="Times New Roman" w:hAnsi="Times New Roman" w:eastAsia="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10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12-16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Ekim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Ezgisi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Ezgisi: Şiir dinletisini sunma ve sürecini değerlendirme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Seçtiği şiirlerden oluşan bir şiir dinletisi hazırlama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TDE3.3. Şiirleri etkili sunmak için kural uygulayabilme. TDE3.4. Şiir dinletisi sürecini değerlendirebilme.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Sunum gözlem formu, akran geri bildirimi ve bireysel öz değerlendirme.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görsel okuryazarlık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şiir, masal, tema, metin türü, ana düşünce, söz varlığı, konuşma ve yazma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dinledikleri müzik, izledikleri film ve günlük anlatılarındaki ritim, tekrar, vurgu ve sahne kurgusu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Ezgisi: Şiir dinletisini sunma ve sürecini değerlendirme.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ses, vurgu, ton, beden dili ve dinleyiciyle iletişim ölçütlerini kullanarak şiir dinletisini sunma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Sunum gözlem formu, akran geri bildirimi ve bireysel öz değerlendirme.</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sunum planı, şiir dinletisi akışı, sahne kartı, film şeridi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ses, ritim, anlatım,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Şiir dinletileri sunuldu; ses, vurgu, ton, beden dili ve dinleyiciyle iletişim yönlerinden değerlendirildi.</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12 Ekim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Türk Dili ve Edebiyatı 5.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