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10. SINIF TÜRK DİLİ VE EDEBİYATI DERS PLANI</w:t>
      </w:r>
    </w:p>
    <w:p>
      <w:pPr>
        <w:pStyle w:val="Title"/>
        <w:spacing w:after="180"/>
      </w:pPr>
      <w:r>
        <w:rPr>
          <w:rFonts w:ascii="Times New Roman" w:hAnsi="Times New Roman" w:eastAsia="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10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7.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26-30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3+2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26 Ekim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Ezgisi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Ezgisi: Dinleme/izleme sürecini değerlendirme ve masalı film şeridine dönüştürme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Masal türündeki çok modlu metin; masalı film şeridi hâline getirme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TDE1.3. Dinlenen/izlenen metni çözümleyebilme. TDE1.4. Dinleme/izleme sürecini değerlendirebilme. TDE4.1. Film şeridi yazma sürecini yönetebilme.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Dinleme çözümleme kâğıdı, sahne seçimi kartları ve film şeridi taslağı.</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görsel okuryazarlık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şiir, masal, tema, metin türü, ana düşünce, söz varlığı, konuşma ve yazma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dinledikleri müzik, izledikleri film ve günlük anlatılarındaki ritim, tekrar, vurgu ve sahne kurgusu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3+2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Ezgisi: Dinleme/izleme sürecini değerlendirme ve masalı film şeridine dönüştürme.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masalın olay örgüsünü temel sahnelere ayırarak sahne, görsel, anlatıcı metni ve diyalog taslağı oluşturma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Dinleme çözümleme kâğıdı, sahne seçimi kartları ve film şeridi taslağı.</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sunum planı, şiir dinletisi akışı, sahne kartı, film şeridi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ses, ritim, anlatım,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Dinlenen masal çözümlendi; olay örgüsü sahnelere ayrılarak film şeridi taslağı oluşturuldu.</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26 Ekim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Türk Dili ve Edebiyatı 7.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