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1.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14-18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Farklı Canlıların Uyaranlara Karşı Oluşturduğu Tepkiler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BİY.11.1.1. Farklı canlıların uyaranlara karşı oluşturduğu tepki mekanizmaları ile ilgili tümevarımsal akıl yürütebilme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Farklı canlıların çeşitli uyaranlara karşı oluşturduğu tepki mekanizmaları ile ilgili örüntü bulur. b) Farklı canlıların çeşitli uyaranlara karşı oluşturduğu tepki mekanizmaları ile ilgili genelleme yapar.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Farklı canlıların uyaranlara verdiği tepkilerdeki örüntülerden hareketle genelleme yapma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uyaran, tepki, reseptör, efektör, homeostazi, refleks, davranış, örüntü</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15 Temmuz Demokrasi ve Millî Birlik Günü</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Farklı canlıların aynı veya benzer uyaranlara verdiği tepkilerden hangi ortak ilkeler çıkarılabilir?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farklı canlıların uyaranlara verdiği tepkilerdeki örüntülerden hareketle genelleme yapma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“Farklı canlıların aynı veya benzer uyaranlara verdiği tepkilerden hangi ortak ilkeler çıkarılabilir?”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bitkiler, tek hücreliler ve hayvanlardan uyaran-tepki örneklerini görsel kartlarla sunar. Tepkinin her zaman hareket biçiminde görülmeyebileceğini; salgılama, büyüme yönelimi ve davranış değişiminin de tepki olabileceğini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kartlardaki uyaranı, tepkiyi ve olası yararı ayırır. Benzer uyaranlara ait farklı tepkileri karşılaştırır; açıklamalarında gözlem ile çıkarımı ayrı ifadelerle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Uyaran-tepki örüntü tablosu ve ilk genelleme.</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örüntüden yapılan genellemenin her canlı için istisnasız kural olmadığını örnekle gösterir. Reseptör, iletim ve tepki basamaklarını basitleştirilmiş bir sistem şemasında ilişkilendirir.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seçtikleri üç örnekten hareketle canlıların çevresel değişime tepki vermesinin yaşamsal önemini açıklayan genelleme yazar. Genellemeler, kartlardaki kanıt ve olası sınırlılık bakımından akran kontrolünden geçirilir.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Kanıta dayalı genelleme ve akran kontrol listesi.</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uyaran, tepki, reseptör, efektör, homeostazi, refleks, davranış, örüntü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farklı canlıların uyaranlara verdiği tepkilerdeki örüntülerden hareketle genelleme yapma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“Farklı canlıların aynı veya benzer uyaranlara verdiği tepkilerden hangi ortak ilkeler çıkarılabilir?”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Farklı canlıların çeşitli uyaranlara karşı oluşturduğu tepki mekanizmaları ile ilgili örüntü bulur. b) Farklı canlıların çeşitli uyaranlara karşı oluşturduğu tepki mekanizmaları ile ilgili genelleme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Yakın çevreden bir canlıya ait uyaran-tepki örneği seçilir; uyaran, gözlenen tepki ve olası işlev tabloya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Farklı Canlıların Uyaranlara Karşı Oluşturduğu Tepkiler konusu, BİY.11.1.1. Farklı canlıların uyaranlara karşı oluşturduğu tepki mekanizmaları ile ilgili tümevarımsal akıl yürütebilme öğrenme çıktısı doğrultusunda farklı canlıların uyaranlara verdiği tepkilerdeki örüntülerden hareketle genelleme yapma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14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1.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