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2.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21-25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Hormonlar, Bitkilerde Tepki Mekanizmaları (Tropizma, Nasti)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BİY.11.1.2. Bitkisel hormonların etkileri hakkında akıl yürütebilme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Bitkisel hormonların etkilerini deney yaparak gözlemler. b) Bitkisel hormonların etkilerini tespit eder. c) Bitkisel hormonların etkilerinin benzerlikleri üzerinden çıkarım yapar.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hormonların etkilerini güvenli gözlem ve deney verileri üzerinden akıl yürüterek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 oksin, giberellin, sitokinin, etilen, absisik asit, büyüme, gelişme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Bitkisel hormonların etkilerini doğrudan gözlemden ve karşılaştırmalı veriden nasıl ayırt ederiz?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bitkisel hormonların etkilerini güvenli gözlem ve deney verileri üzerinden akıl yürüterek açıklama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“Bitkisel hormonların etkilerini doğrudan gözlemden ve karşılaştırmalı veriden nasıl ayırt ederiz?”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bitkilerde büyüme, çimlenme, meyve olgunlaşması ve yaprak dökümüyle ilgili kısa durumları sunar. Hormonların tek başına mucizevi açıklama olmadığını, çevresel koşul ve doku duyarlılığının da etkili olduğunu belirtir.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durum kartlarını olası hormon etkileriyle eşleştirir; eşleştirmenin dayandığı gözlemi ve emin olmadıkları noktayı yazar. Oksin etkisini inceleyen güvenli çimlenme veya yönelme gözlemi için değişkenleri belirler.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Durum-hormon eşleştirmesi ve gözlem planı.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deneyde değişken kontrolü, tekrar, kayıt ve canlı materyale zarar vermeme ilkelerini hatırlatır. Örnek veriler üzerinden hormon etkisi ile ortam etkisini ayıran yorumlar yapar.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gözlem verilerini tabloya geçirir, gruplar arası sonuçları karşılaştırır ve benzerliklerden çıkarım yapar. Sonuç cümlesinde verinin desteklediği iddia ile daha fazla veri gerektiren iddiayı ayrı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Veri tablosu, çıkarım cümlesi ve sınırlılık notu.</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bitkisel hormon, oksin, giberellin, sitokinin, etilen, absisik asit, büyüme, gelişme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bitkisel hormonların etkilerini güvenli gözlem ve deney verileri üzerinden akıl yürüterek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“Bitkisel hormonların etkilerini doğrudan gözlemden ve karşılaştırmalı veriden nasıl ayırt ederiz?”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Bitkisel hormonların etkilerini deney yaparak gözlemler. b) Bitkisel hormonların etkilerini tespit eder. c) Bitkisel hormonların etkilerinin benzerlikleri üzerinden çıkarım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Bir bitkisel hormonun bilinen etkisini, günlük yaşam veya tarım uygulamasıyla ilişkilendiren kısa bilgi kartı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Bitkisel Hormonlar, Bitkilerde Tepki Mekanizmaları (Tropizma, Nasti) konusu, BİY.11.1.2. Bitkisel hormonların etkileri hakkında akıl yürütebilme öğrenme çıktısı doğrultusunda bitkisel hormonların etkilerini güvenli gözlem ve deney verileri üzerinden akıl yürüterek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21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2.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