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11. SINIF BİYOLOJİ GÜNLÜK PLAN / DERS PLANI</w:t>
      </w:r>
    </w:p>
    <w:p>
      <w:pPr>
        <w:pStyle w:val="Title"/>
        <w:spacing w:after="160"/>
      </w:pPr>
      <w:r>
        <w:rPr>
          <w:rFonts w:ascii="Times New Roman" w:hAnsi="Times New Roman" w:eastAsia="Times New Roman"/>
          <w:b/>
          <w:i w:val="0"/>
          <w:color w:val="000000"/>
          <w:sz w:val="24"/>
        </w:rPr>
        <w:t>3.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28 Eylül-2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28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TEPKİ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Bitkisel Hormonlar, Bitkilerde Tepki Mekanizmaları (Tropizma, Nasti)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BİY.11.1.3. Bitkilerdeki tepki mekanizmalarını sınıflandırabilme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Bitkilerdeki tepki mekanizmalarını ayrıştırmak için hareketin niteliklerini belirler. b) Bitkilerin oluşturduğu tepkileri uyaranın yönüne bağlı olanlar ve uyaranın yönüne bağlı olmayanlar olarak ayrıştırır. c) Bitkilerde tepki mekanizmalarını uyaranın yönüne bağlı olanlar ve uyaranın yönüne bağlı olmayanlar şeklinde gruplandırır. ç) Uyaranın yönüne bağlı olan ve uyaranın yönüne bağlı olmayan şeklinde gruplandırdığı tepki çeşitlerini adlandırarak bilimdeki karşılıklarıyla kıyaslar.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Bitkilerdeki tepki mekanizmalarını uyaranın yönüne bağlı olma durumuna göre sınıflandırma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tropizma, nasti, fototropizma, gravitropizma, tigmotropizma, uyaran yönü, hareket</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Bitki hareketlerini sınıflandırırken uyaranın yönü neden temel bir ölçüt olabilir?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bitkilerdeki tepki mekanizmalarını uyaranın yönüne bağlı olma durumuna göre sınıflandırma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“Bitki hareketlerini sınıflandırırken uyaranın yönü neden temel bir ölçüt olabilir?”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ışığa yönelme, kökün yer çekimine yönelimi, sarılıcı bitkiler ve küstüm otu örneklerini sunar. Uyaranın geldiği yönle tepkinin yönü arasındaki ilişkinin sınıflandırma ölçütü olduğu vurgulanır.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örnekleri hareketin yönü, uyaran türü ve gerçekleşme biçimi bakımından inceler. Her örnek için uyaran yönünün tepkiyi belirleyip belirlemediğine ilişkin gerekçe yazar.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Ölçütlere göre ayrıştırılmış örnek kartları.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tropizma ve nasti terimlerinin tanımlarını sınıflandırma ölçütleriyle bağlayarak açıklar. Sadece hareket adına bakarak sınıflandırma yapmanın hatalı sonuç verebileceğini gösterir.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kendi sınıflandırma şemalarını tropizma ve nasti kavramlarıyla etiketler. Belirsiz bir örneği grup içinde tartışır; hangi ek gözlemin sınıflandırmayı netleştireceğini belirtir.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Adlandırılmış sınıflandırma şeması ve belirsizlik notu.</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tropizma, nasti, fototropizma, gravitropizma, tigmotropizma, uyaran yönü, hareket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bitkilerdeki tepki mekanizmalarını uyaranın yönüne bağlı olma durumuna göre sınıflandırma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“Bitki hareketlerini sınıflandırırken uyaranın yönü neden temel bir ölçüt olabilir?”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Bitkilerdeki tepki mekanizmalarını ayrıştırmak için hareketin niteliklerini belirler. b) Bitkilerin oluşturduğu tepkileri uyaranın yönüne bağlı olanlar ve uyaranın yönüne bağlı olmayanlar olarak ayrıştırır. c) Bitkilerde tepki mekanizmalarını uyaranın yönüne bağlı olanlar ve uyaranın yönüne bağlı olmayanlar şeklinde gruplandırır. ç) Uyaranın yönüne bağlı olan ve uyaranın yönüne bağlı olmayan şeklinde gruplandırdığı tepki çeşitlerini adlandırarak bilimdeki karşılıklarıyla kıyaslar.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Bir tropizma ve bir nasti örneği için uyaran, tepki yönü ve sınıflandırma gerekçesi yazılır.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Bitkisel Hormonlar, Bitkilerde Tepki Mekanizmaları (Tropizma, Nasti) konusu, BİY.11.1.3. Bitkilerdeki tepki mekanizmalarını sınıflandırabilme öğrenme çıktısı doğrultusunda bitkilerdeki tepki mekanizmalarını uyaranın yönüne bağlı olma durumuna göre sınıflandırma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28 Eylül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Biyoloji 3. Hafta Günlük Plan / Ders Planı</dc:title>
  <dc:subject>11. Sınıf Biyoloji Günlük Plan / Ders Planı</dc:subject>
  <dc:creator/>
  <cp:keywords>11.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