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4.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5-9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Bitkisel Hormonlar, Bitkilerde Tepki Mekanizmaları (Tropizma, Nasti)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BİY.11.1.4. Bitkilerde yönelme hareketlerini gözlemleyebileceği deney yapabilme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Bitkilerde yönelme hareketlerini gözlemleyebileceği bir deney tasarlar.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Bitkilerde yönelme hareketini gözlemlemeye yönelik kontrollü deney tasarlama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fototropizma, deney tasarımı, bağımsız değişken, bağımlı değişken, kontrol, tekrar, çimlenme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Işık ya da yer çekiminin bitki yönelmesine etkisini gösterecek deney nasıl kurulmalıdır?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bitkilerde yönelme hareketini gözlemlemeye yönelik kontrollü deney tasarlama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“Işık ya da yer çekiminin bitki yönelmesine etkisini gösterecek deney nasıl kurulmalıdır?”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fototropizma gözlemi için kullanılabilecek güvenli bir çimlenme düzeneğini örnek olarak açıklar. Bitkinin canlı olduğu, gözlemin zaman gerektirdiği ve gereksiz müdahalenin sonucu bozabileceği vurgulanır.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deney sorusunu, hipotezi ve değişkenleri belirler. Aynı anda birden fazla koşul değiştirilirse sonucu yorumlamanın güçleşeceğini örnek durum üzerinden tartışır.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Hipotez-değişken tablosu ve güvenlik kontrol listesi.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deney planında araç gereç, uygulama basamakları, gözlem sıklığı, kayıt tablosu ve olası hata kaynaklarının bulunması gerektiğini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hâlinde yönelme hareketini izleyecek deney planı hazırlar. Her grup kontrol koşulunu, gözlem zamanlarını ve veriyi hangi ölçütle kaydedeceğini açıkça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Kontrollü deney planı ve gözlem çizelgesi.</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fototropizma, deney tasarımı, bağımsız değişken, bağımlı değişken, kontrol, tekrar, çimlenme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bitkilerde yönelme hareketini gözlemlemeye yönelik kontrollü deney tasarlama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“Işık ya da yer çekiminin bitki yönelmesine etkisini gösterecek deney nasıl kurulmalıdır?”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Bitkilerde yönelme hareketlerini gözlemleyebileceği bir deney tasarlar.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Planlanan deneyde sonucu etkileyebilecek iki hata kaynağı ve alınacak önlem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Bitkisel Hormonlar, Bitkilerde Tepki Mekanizmaları (Tropizma, Nasti) konusu, BİY.11.1.4. Bitkilerde yönelme hareketlerini gözlemleyebileceği deney yapabilme öğrenme çıktısı doğrultusunda bitkilerde yönelme hareketini gözlemlemeye yönelik kontrollü deney tasarlama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5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4.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