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11. SINIF BİYOLOJİ GÜNLÜK PLAN / DERS PLANI</w:t>
      </w:r>
    </w:p>
    <w:p>
      <w:pPr>
        <w:pStyle w:val="Title"/>
        <w:spacing w:after="160"/>
      </w:pPr>
      <w:r>
        <w:rPr>
          <w:rFonts w:ascii="Times New Roman" w:hAnsi="Times New Roman" w:eastAsia="Times New Roman"/>
          <w:b/>
          <w:i w:val="0"/>
          <w:color w:val="000000"/>
          <w:sz w:val="24"/>
        </w:rPr>
        <w:t>5.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12-16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TEPKİ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Bitkisel Hormonlar, Bitkilerde Tepki Mekanizmaları (Tropizma, Nasti)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BİY.11.1.4. Bitkilerde yönelme hareketlerini gözlemleyebileceği deney yapabilme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 Tasarladığı deneyden elde ettiği sonuçların analizini yapar ve bu sonuçları bitkilerde hareketi etkileyen faktörleri açıklamak için kullanır.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Yönelme hareketi deneyinden elde edilen bulguları analiz ederek bitkilerde hareketi etkileyen faktörleri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gözlem verisi, yönelme açısı, kontrol grubu, grafik, bulgu, yorum, hata kaynağı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Bitkinin yönelme hareketine ilişkin ölçümler, uyaranın etkisi hakkında ne söyleyebilir?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yönelme hareketi deneyinden elde edilen bulguları analiz ederek bitkilerde hareketi etkileyen faktörleri açıklama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“Bitkinin yönelme hareketine ilişkin ölçümler, uyaranın etkisi hakkında ne söyleyebilir?”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haftanın düzeneklerinden elde edilmiş örnek gözlem kayıtlarını sunar. Tarih, saat, ışık kaynağının konumu ve gözlenen değişimin birlikte kaydedilmesinin önemini hatırlatır.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verileri düzenli tabloya geçirir; kontrol ve deney koşullarını karşılaştırır. Uygun başlık ve birimlerle grafik oluşturur, veri dışı yorumları tablodan ayırır.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Düzenlenmiş gözlem tablosu ve grafik.</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grafik eğiliminin tek başına kesin neden-sonuç ilişkisi oluşturmadığını; kontrol edilmeyen faktörlerin ayrıca belirtilmesi gerektiğini açıklar.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bulgu, yorum ve sınırlılık başlıklarıyla kısa deney sonucu yazar. Sonuçlarını hipotezle karşılaştırır; desteklenmeyen hipotezin yanlış veri anlamına gelmediğini gerekçelendirir.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Bulgular-yorum-sınırlılık metni ve öz değerlendirme.</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gözlem verisi, yönelme açısı, kontrol grubu, grafik, bulgu, yorum, hata kaynağı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yönelme hareketi deneyinden elde edilen bulguları analiz ederek bitkilerde hareketi etkileyen faktörleri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“Bitkinin yönelme hareketine ilişkin ölçümler, uyaranın etkisi hakkında ne söyleyebilir?”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 Tasarladığı deneyden elde ettiği sonuçların analizini yapar ve bu sonuçları bitkilerde hareketi etkileyen faktörleri açıklamak için kullanır.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Deney raporu amaç, hipotez, yöntem, bulgu, yorum ve sınırlılık başlıklarıyla tamamlanır.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Bitkisel Hormonlar, Bitkilerde Tepki Mekanizmaları (Tropizma, Nasti) konusu, BİY.11.1.4. Bitkilerde yönelme hareketlerini gözlemleyebileceği deney yapabilme öğrenme çıktısı doğrultusunda yönelme hareketi deneyinden elde edilen bulguları analiz ederek bitkilerde hareketi etkileyen faktörleri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12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Biyoloji 5. Hafta Günlük Plan / Ders Planı</dc:title>
  <dc:subject>11. Sınıf Biyoloji Günlük Plan / Ders Planı</dc:subject>
  <dc:creator/>
  <cp:keywords>11.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