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11. SINIF BİYOLOJİ GÜNLÜK PLAN / DERS PLANI</w:t>
      </w:r>
    </w:p>
    <w:p>
      <w:pPr>
        <w:pStyle w:val="Title"/>
        <w:spacing w:after="160"/>
      </w:pPr>
      <w:r>
        <w:rPr>
          <w:rFonts w:ascii="Times New Roman" w:hAnsi="Times New Roman" w:eastAsia="Times New Roman"/>
          <w:b/>
          <w:i w:val="0"/>
          <w:color w:val="000000"/>
          <w:sz w:val="24"/>
        </w:rPr>
        <w:t>8.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8.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2-6 Kasım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Kasım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TEPKİ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Uyarıların Yorumlanması, Hayvanlarda Sinir Sistemi Farklılıkları,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BİY.11.1.6. Hayvanlardaki sinir sistemi farklılıkları ile ilgili analojik akıl yürütebilme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Hayvanlardaki sinir sistemi farklılıklarını inceler. b) Hayvanlardaki sinir sistemi farklılıklarını tespit eder.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Hayvanlardaki sinir sistemi farklılıklarını yapı ve işlev benzerlikleri üzerinden analojik akıl yürüterek inceleme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sinir sistemi, merkezi sinir sistemi, ganglion, sinir ağı, nöron, koordinasyon, analoji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Farklı hayvan gruplarındaki sinir sistemi yapıları, canlıların yaşamsal gereksinimleriyle nasıl ilişkilendirilebilir?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hayvanlardaki sinir sistemi farklılıklarını yapı ve işlev benzerlikleri üzerinden analojik akıl yürüterek inceleme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“Farklı hayvan gruplarındaki sinir sistemi yapıları, canlıların yaşamsal gereksinimleriyle nasıl ilişkilendirilebilir?”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sinir ağı, ganglionlu sinir sistemi ve daha merkezî yapıdaki sinir sistemi örneklerini karşılaştırmalı şemalarla sunar. Yapısal farklılıkların doğrudan üstünlük sıralaması anlamına gelmediğini, yaşam ortamı ve gereksinimle birlikte ele alınması gerektiğini vurgular.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hayvan gruplarına ait şemalarda yapı birimlerini belirler. Şemalar arasındaki benzerlik ve farklılıkları tabloya geçirir; yapının olası işlevsel sonucuna ilişkin ilk analojilerini yazar.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Karşılaştırma tablosu ve ilk analoji cümlesi.</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analojide benzetilen iki durum arasındaki ortak yön ile benzetmenin sınırını belirtmenin önemini açıklar. Eksik veriden kesin davranış çıkarımı yapılmaması gerektiğini hatırlatır.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sinir sistemi örneklerinden birini günlük yaşamdan bilinen bir ağ yapısıyla dikkatli biçimde karşılaştırır. Benzetmenin hangi yönünün açıklayıcı, hangi yönünün sınırlı olduğunu yazar ve biyolojik terimlerle düzeltir.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Sınırları belirtilmiş analoji ve akran geri bildirimi.</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sinir sistemi, merkezi sinir sistemi, ganglion, sinir ağı, nöron, koordinasyon, analoji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hayvanlardaki sinir sistemi farklılıklarını yapı ve işlev benzerlikleri üzerinden analojik akıl yürüterek inceleme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“Farklı hayvan gruplarındaki sinir sistemi yapıları, canlıların yaşamsal gereksinimleriyle nasıl ilişkilendirilebilir?”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Hayvanlardaki sinir sistemi farklılıklarını inceler. b) Hayvanlardaki sinir sistemi farklılıklarını tespit 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İki hayvan grubunun sinir sistemi yapılarını benzerlik, farklılık ve işlevsel sonuç ölçütleriyle karşılaştıran kısa metin hazırlanır.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Uyarıların Yorumlanması, Hayvanlarda Sinir Sistemi Farklılıkları, konusu, BİY.11.1.6. Hayvanlardaki sinir sistemi farklılıkları ile ilgili analojik akıl yürütebilme öğrenme çıktısı doğrultusunda hayvanlardaki sinir sistemi farklılıklarını yapı ve işlev benzerlikleri üzerinden analojik akıl yürüterek inceleme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 Kasım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Biyoloji 8. Hafta Günlük Plan / Ders Planı</dc:title>
  <dc:subject>11. Sınıf Biyoloji Günlük Plan / Ders Planı</dc:subject>
  <dc:creator/>
  <cp:keywords>11.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