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Sorunlar Karşısında Coğrafya Bilimi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mekânsal sorunların çözümüne sunduğu katkıları inceleyerek nedensel veya mantıksal ilişkiler ortaya koyar. b) Coğrafya biliminin mekânsal sorunların çözümüne sunduğu katkılarla ilgili elde ettiği bilgileri uyumlu bir bütün hâline getirir.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“Mekânsal Sorunlar Karşısında Coğrafya Bilimi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“Mekânsal Sorunlar Karşısında Coğrafya Bilimi”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mekânsal sorunlar karşısında coğrafya bilimi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“COĞ.11.1.1. Mekânsal sorunların çözümünde coğrafya biliminin katkılarını yapılandırabilme”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mekânsal sorunlar karşısında coğrafya bilimi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Mekânsal Sorunlar Karşısında Coğrafya Bilimi konusu, COĞ.11.1.1. Mekânsal sorunların çözümünde coğrafya biliminin katkılarını yapılandırabilme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28.09.2026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