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11. SINIF COĞRAFYA DERS PLANI</w:t>
      </w:r>
    </w:p>
    <w:p>
      <w:pPr>
        <w:pStyle w:val="Title"/>
        <w:spacing w:after="180"/>
      </w:pPr>
      <w:r>
        <w:rPr>
          <w:rFonts w:ascii="Times New Roman" w:hAnsi="Times New Roman"/>
          <w:b/>
          <w:color w:val="000000"/>
          <w:sz w:val="24"/>
        </w:rPr>
        <w:t>6.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11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6.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19.10.2026-23.10.2026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19.10.2026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BİLGİ TEKNOLOJİLERİİ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Web Tabanlı CBS Uygulamaları</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COĞ.11.2.1. Web tabanlı CBS aracılığı ile harita uygulamaları yapabilme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Web tabanlı CBS uygulamasını kullanarak harita okur. b) Web tabanlı CBS uygulamasını kullanarak harita çözümler. c) Web tabanlı CBS uygulamasını kullanarak haritadan çıkarım yapar. ç) Web tabanlı CBS uygulamasını kullanarak basit harita oluşturur.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2"/>
        </w:rPr>
        <w:t>Hazırbulunuşluk ve Ön Değerlendirme</w:t>
      </w:r>
    </w:p>
    <w:p>
      <w:pPr>
        <w:spacing w:after="4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4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“Web Tabanlı CBS Uygulamaları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2"/>
        </w:rPr>
        <w:t>Araç Gereç ve Kaynaklar</w:t>
      </w:r>
    </w:p>
    <w:p>
      <w:pPr>
        <w:spacing w:after="4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atlas, tematik harita, çalışma kâğıdı, veri/grafik seti, akıllı tahta, gerektiğinde güvenilir dijital harita uygulaması ile öğrencinin defter ve yazı araçları.</w:t>
      </w:r>
    </w:p>
    <w:p>
      <w:pPr>
        <w:spacing w:after="4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2"/>
        </w:rPr>
        <w:t>Öğrenme Öğretme Süreci</w:t>
      </w:r>
    </w:p>
    <w:p>
      <w:pPr>
        <w:spacing w:after="4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“Web Tabanlı CBS Uygulamaları”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kavram listesi ve öğretmen gözlem notu.</w:t>
      </w:r>
    </w:p>
    <w:p>
      <w:pPr>
        <w:spacing w:before="100" w:after="40"/>
      </w:pPr>
      <w:r>
        <w:rPr>
          <w:rFonts w:ascii="Times New Roman" w:hAnsi="Times New Roman"/>
          <w:b/>
          <w:color w:val="000000"/>
          <w:sz w:val="20"/>
        </w:rPr>
        <w:t>Mekânsal Veri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ders kitabı ile seçilmiş harita, grafik, tablo veya uydu görüntüsünü karşılaştırmalı olarak kullandırır. Konum, dağılış, bağlantı ve değişim ilişkilerini görünür kılan yönlendirici sorularla web tabanlı cbs uygulamaları konusunun ana kavramlarını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harita veya grafik, kavram eşleştirme ve gerekçeli kısa açıklama.</w:t>
      </w:r>
    </w:p>
    <w:p>
      <w:pPr>
        <w:spacing w:before="100" w:after="40"/>
      </w:pPr>
      <w:r>
        <w:rPr>
          <w:rFonts w:ascii="Times New Roman" w:hAnsi="Times New Roman"/>
          <w:b/>
          <w:color w:val="000000"/>
          <w:sz w:val="20"/>
        </w:rPr>
        <w:t>Coğrafi Sorgulama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“COĞ.11.2.1. Web tabanlı CBS aracılığı ile harita uygulamaları yapabilme” öğrenme çıktısı doğrultusunda öğrencilerden coğrafi kanıtlar üzerinden neden-sonuç, dağılış veya karşılaştırma ilişkisi kurmalarını ister. Gerektiğinde farklı veri setleriyle sonucu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Coğrafi sorgulama formu, harita/grafik çözümlemesi ya da veri temelli kısa değerlendirme.</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akran geribildirimi ve düzeltilmiş öğrenci ürünü.</w:t>
      </w:r>
    </w:p>
    <w:p>
      <w:pPr>
        <w:pStyle w:val="Heading1"/>
        <w:keepNext/>
      </w:pPr>
      <w:r>
        <w:rPr>
          <w:rFonts w:ascii="Times New Roman" w:hAnsi="Times New Roman"/>
          <w:b/>
          <w:color w:val="000000"/>
          <w:sz w:val="22"/>
        </w:rPr>
        <w:t>Farklılaştırma</w:t>
      </w:r>
    </w:p>
    <w:p>
      <w:pPr>
        <w:spacing w:after="4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4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web tabanlı cbs uygulamaları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2"/>
        </w:rPr>
        <w:t>Ölçme ve Değerlendirme</w:t>
      </w:r>
    </w:p>
    <w:p>
      <w:pPr>
        <w:spacing w:after="4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COĞ.11.2.1. Web tabanlı CBS aracılığı ile harita uygulamaları yapabilme</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4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Web Tabanlı CBS Uygulamaları konusu, COĞ.11.2.1. Web tabanlı CBS aracılığı ile harita uygulamaları yapabilme öğrenme çıktısı doğrultusunda harita, grafik ve diğer coğrafi verilerden yararlanılarak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mekânsal ilişki: .......................................................................................................................</w:t>
      </w:r>
    </w:p>
    <w:p>
      <w:pPr>
        <w:spacing w:after="40"/>
      </w:pPr>
      <w:r>
        <w:rPr>
          <w:rFonts w:ascii="Times New Roman" w:hAnsi="Times New Roman"/>
          <w:b w:val="0"/>
          <w:color w:val="000000"/>
          <w:sz w:val="20"/>
        </w:rPr>
        <w:t>Sonraki uygulamada korunacak ya da değiştirilecek öğretim adımı / destekleme ihtiyacı: ......................................................................................</w:t>
      </w:r>
    </w:p>
    <w:p>
      <w:pPr>
        <w:spacing w:before="80"/>
        <w:jc w:val="center"/>
      </w:pPr>
      <w:r>
        <w:rPr>
          <w:rFonts w:ascii="Times New Roman" w:hAnsi="Times New Roman"/>
          <w:b w:val="0"/>
          <w:color w:val="000000"/>
          <w:sz w:val="20"/>
        </w:rPr>
        <w:t>19.10.2026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11. Sınıf Coğrafya 2-saat 6.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