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7.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7.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26.10.2026-30.10.2026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BİLGİ TEKNOLOJİLERİ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Web Tabanlı CBS Uygulamaları</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Web tabanlı CBS uygulamasını kullanarak harita okur. b) Web tabanlı CBS uygulamasını kullanarak harita çözümler. c) Web tabanlı CBS uygulamasını kullanarak haritadan çıkarım yapar. ç) Web tabanlı CBS uygulamasını kullanarak basit harita oluşturur.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“Web Tabanlı CBS Uygulamaları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“Web Tabanlı CBS Uygulamaları”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web tabanlı cbs uygulamaları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“COĞ.11.2.1. Web tabanlı CBS aracılığı ile harita uygulamaları yapabilme”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web tabanlı cbs uygulamaları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Web Tabanlı CBS Uygulamaları konusu, COĞ.11.2.1. Web tabanlı CBS aracılığı ile harita uygulamaları yapabilme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26.10.2026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2-saat 7.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