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Su Kaynakları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COĞ.11.3.1. Yeryüzündeki su kaynaklarını sınıflandırabilme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Yeryüzündeki su kaynaklarını sınıflandırabilmek için gerekli olan ölçütleri belirler. b) Yeryüzündeki su kaynaklarını belirlediği ölçütlere göre ayrıştırır. c) Yeryüzündeki su kaynaklarını tasnif eder. ç) Yeryüzündeki su kaynaklarını etiketler.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“Su Kaynakları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“Su Kaynakları”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su kaynakları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“COĞ.11.3.1. Yeryüzündeki su kaynaklarını sınıflandırabilme”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su kaynakları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COĞ.11.3.1. Yeryüzündeki su kaynaklarını sınıflandırabilme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Su Kaynakları konusu, COĞ.11.3.1. Yeryüzündeki su kaynaklarını sınıflandırabilme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19.10.2026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