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MATEMATİK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21-25 Eylül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21 Eylül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İstatistiksel Araştırma Süreci</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İki Nicel Değişkenli Veriler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MAT.11.1.1. İki nicel değişkenli veri ile çalışabilme ve iki nicel değişken arasındaki ilişkililiğe dayalı karar verebilme.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Serpme diyagramı, tablo, bölgelere göre sayım oranı ve korelasyon katsayısı gibi araçlardan araştırma sorusuna uygun olanı seçme; veriyi görselleştirme ve analiz etme.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önceki hafta iki nicel değişkenli veri setini düzenlediği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veri setini analiz ederken serpme diyagramı, tablo veya özet ölçüden hangisini neden seçeriz?”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Aynı veri setinin farklı görselleştirmelerle farklı ayrıntıları görünür kıldığı örnekler üzerinden uygun araç seçimi tartışılır.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Elektronik tablo uygulaması, grafik kâğıdı, veri seti, serpme diyagramı şablonu, hesap makinesi ve çalışma kâğıdı.</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6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veri setini analiz ederken serpme diyagramı, tablo veya özet ölçüden hangisini neden seçeriz?”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serpme diyagramı oluşturma, uygun görselleştirme aracı seçme, veri eğilimini inceleme ve bulguyu açıklama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i̇ki nicel değişkenli veriler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Aynı veri setinin farklı görselleştirmelerle farklı ayrıntıları görünür kıldığı örnekler üzerinden uygun araç seçimi tartışılır.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etiketlenmiş serpme diyagramı, araç seçimi gerekçesi ve veriye dayalı ilk yorum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Etiketlenmiş serpme diyagramı, araç seçimi gerekçesi ve veriye dayalı ilk yorum</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etiketlenmiş serpme diyagramı, araç seçimi gerekçesi ve veriye dayalı ilk yorum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nicel değişkenli veriler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i̇ki nicel değişkenli veriler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İki nicel değişkenli veri ile çalışabilme ve iki nicel değişken arasındaki ilişkililiğe dayalı karar verebilme.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İki nicel değişkenli veriler uygun görselleştirme araçlarıyla analiz edilerek ilk bulgular açıklandı.</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21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Matematik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