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LİSESİ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11.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3.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11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3.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 Eylül-2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28 Eylül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İstatistiksel Araştırma Süreci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İki Nicel Değişkenli Veriler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MAT.11.1.1. İki nicel değişkenli veri ile çalışabilme ve iki nicel değişken arasındaki ilişkililiğe dayalı karar verebilme.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İki nicel değişkenli veri dağılımlarından ulaşılan bulguları yorumlama, kararları veriye dayandırma ve araştırma sonucunun sınırlılıklarını değerlendirme.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veri seti düzenleme ve grafik okuma deneyimine sahip olduğu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grafikte görülen ilişki, tek başına neden-sonuç açıklaması yapmamıza yeter mi?”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Korelasyonun nedensellik anlamına gelmediği, sonucun bağlam ve veri niteliği ile birlikte okunması gerektiği üzerinde durulur.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Örnek veri setleri, serpme diyagramı kartları, yorum kontrol listesi, çalışma kâğıdı, elektronik tablo uygulaması ve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6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grafikte görülen ilişki, tek başına neden-sonuç açıklaması yapmamıza yeter mi?”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bulguyu yorumlama, farklı yorumları karşılaştırma, sınırlılıkları belirleme ve veri temelli karar gerekçesi yazma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i̇ki nicel değişkenli veriler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Korelasyonun nedensellik anlamına gelmediği, sonucun bağlam ve veri niteliği ile birlikte okunması gerektiği üzerinde durulur.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veriye dayalı yorum metni, sınırlılık notu ve gerekçeli karar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Veriye dayalı yorum metni, sınırlılık notu ve gerekçeli karar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veriye dayalı yorum metni, sınırlılık notu ve gerekçeli karar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i̇ki nicel değişkenli veriler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Altıncı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Uygulama, kontrol ve tamamlayıcı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öğrenme çıktısına uygun kısa bir problem veya veri yorumlama görevi verir; kullanılan matematiksel temsil ile gerekçe arasındaki ilişkiyi izler.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çözüm veya inceleme adımlarını düzenler; sonucunu farklı bir gösterim, kontrol işlemi ya da akran açıklamasıyla sınar.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Çözüm yolu, kontrol adımı ve gerekçeli sonuç.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ve bireysel tamamlama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öğrenci ürünlerinden seçilen örnekler üzerinden doğru yaklaşımı, yaygın yanılgıyı ve geliştirme adımını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ürününü ölçütlere göre gözden geçirir; gerekirse düzeltme yapar ve eksik kalan adımı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Düzeltilmiş öğrenci ürünü ve öz değerlendirme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Haftayı kapatma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bir sonraki haftanın içeriğine geçişi sağlayacak kısa bir hazırlık sorusu yöneltir ve destekleme ihtiyacını kaydeder.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temel ilişkisini bir cümleyle özetler ve sonraki öğrenmeye ilişkin sorusunu yazar.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Kapanış notu ve sonraki haftaya hazırlık sorusu.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i̇ki nicel değişkenli veriler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İki nicel değişkenli veri ile çalışabilme ve iki nicel değişken arasındaki ilişkililiğe dayalı karar verebilme.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İki nicel değişkenli veriden ulaşılan bulgular yorumlandı; sonuçların bağlamı ve sınırlılıkları değerlendirildi.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28 Eylül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11. Sınıf Matematik 3.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