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11.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5-9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İstatistiksel Araştırma Süreci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Başkaları Tarafından Oluşturulan İki Nicel Değişkenli Verileri İnceleme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MAT.11.1.2. Başkaları tarafından oluşturulan iki nicel değişkenli verilerin ilişkililiğine dayalı istatistiksel sonuç veya yorumları tartışabilme.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Başka kişilerce oluşturulmuş veri temelli yorumların dayanaklarını inceleme, hata veya yanlılık ihtimalini tespit etme ve sonucu kabul ya da çürütme.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iki nicel değişkenli grafikleri okuyabildiği ve veriye dayalı yorum yapabildiği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“Başkasının yaptığı bir veri yorumunu güvenilir bulmak için hangi kanıtları aramalıyız?”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Başlık, ölçek, örneklem ve eksik bilgi unsurlarının bir istatistiksel yorumun güvenilirliğini nasıl etkilediği örneklerle gösterilir.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Haber grafiği örnekleri, veri okuryazarlığı kontrol listesi, çalışma kâğıdı, grafik kartları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“Başkasının yaptığı bir veri yorumunu güvenilir bulmak için hangi kanıtları aramalıyız?”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grafik ve haber metni inceleme, ölçek-hata-yanlılık denetimi, karşı yorum yazma ve gerekçelendirme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başkaları tarafından oluşturulan i̇ki nicel değişkenli verileri i̇nceleme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Başlık, ölçek, örneklem ve eksik bilgi unsurlarının bir istatistiksel yorumun güvenilirliğini nasıl etkilediği örneklerle gösterilir.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veri okuryazarlığı kontrol listesi ve kabul/çürütme gerekçesi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Veri okuryazarlığı kontrol listesi ve kabul/çürütme gerekçesi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veri okuryazarlığı kontrol listesi ve kabul/çürütme gerekçesi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başkaları tarafından oluşturulan i̇ki nicel değişkenli verileri i̇nceleme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başkaları tarafından oluşturulan i̇ki nicel değişkenli verileri i̇nceleme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Başkaları tarafından oluşturulan iki nicel değişkenli verilerin ilişkililiğine dayalı istatistiksel sonuç veya yorumları tartışabilme.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Başkaları tarafından oluşturulan veri temelli yorumlar istatistiksel dayanakları bakımından tartışıldı.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5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Matematik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