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LİSESİ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11.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12-16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Dörtgenlerin Özellikleri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MAT.11.2.1. Üçgenlerde açı, benzerlik ve alan özelliklerinden yola çıkarak dörtgenlerin açı, kenar, köşegen, simetri ve alan özelliklerine ilişkin muhakeme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Dörtgenlerin kenar, açı, köşegen, simetri ve alan özelliklerine ilişkin varsayım kurma; örüntüleri genelleme ve önermeler sunma.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üçgenlerde açı, benzerlik ve alan ilişkilerini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dörtgenin açı, kenar ve köşegen özelliklerini hangi kanıtlarla genelleyebiliriz?”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Mimari plan, pencere çerçevesi ve parkur tasarımı üzerinden dörtgenlerin özellikleri ile ölçme ve tasarım bağlamı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Cetvel, gönye, pergel, dinamik geometri uygulaması, dörtgen kartları, kareli kâğıt ve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dörtgenin açı, kenar ve köşegen özelliklerini hangi kanıtlarla genelleyebiliriz?”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dörtgen çizimi, ölçüm tablosu oluşturma, varsayım kurma ve örüntüyü gerekçelendirme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dörtgenlerin özellikleri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Mimari plan, pencere çerçevesi ve parkur tasarımı üzerinden dörtgenlerin özellikleri ile ölçme ve tasarım bağlamı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ölçüm tablosu, dörtgen çizimi ve gerekçeli özellik önermesi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Ölçüm tablosu, dörtgen çizimi ve gerekçeli özellik önermesi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ölçüm tablosu, dörtgen çizimi ve gerekçeli özellik önermesi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dörtgenlerin özellikleri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Altıncı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Uygulama, kontrol ve tamamlayıcı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öğrenme çıktısına uygun kısa bir problem veya veri yorumlama görevi verir; kullanılan matematiksel temsil ile gerekçe arasındaki ilişkiyi izler.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çözüm veya inceleme adımlarını düzenler; sonucunu farklı bir gösterim, kontrol işlemi ya da akran açıklamasıyla sınar.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Çözüm yolu, kontrol adımı ve gerekçeli sonuç.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ve bireysel tamamlama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öğrenci ürünlerinden seçilen örnekler üzerinden doğru yaklaşımı, yaygın yanılgıyı ve geliştirme adımını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ürününü ölçütlere göre gözden geçirir; gerekirse düzeltme yapar ve eksik kalan adımı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Düzeltilmiş öğrenci ürünü ve öz değerlendirme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Haftayı kapatma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bir sonraki haftanın içeriğine geçişi sağlayacak kısa bir hazırlık sorusu yöneltir ve destekleme ihtiyacını kaydeder.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temel ilişkisini bir cümleyle özetler ve sonraki öğrenmeye ilişkin sorusunu yazar.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Kapanış notu ve sonraki haftaya hazırlık sorusu.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dörtgenlerin özellikleri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Üçgenlerde açı, benzerlik ve alan özelliklerinden yola çıkarak dörtgenlerin açı, kenar, köşegen, simetri ve alan özelliklerine ilişkin muhakeme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Dörtgenlerin temel özellikleri çizim ve ölçüm verilerinden hareketle incelendi.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12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Matematik 5.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