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TARIH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9-13 Kasım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DEĞİŞEN DÜNYADA OSMANLI (1683-1789)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Sanayi Devrimi’nin Meydana Getirdiği Siyasi, Sosyal ve Ekonomik Değişim</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TAR.11.1.4. Sanayi Devrimi’nin meydana getirdiği siyasi, sosyal ve ekonomik değişimi neden ve sonuçlarıyla birlikte yorumlayabilme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Sanayi Devrimi’nin siyasi, sosyal ve ekonomik alanlarda meydana getirdiği değişimin nedenlerini belirler. b) Sanayi Devrimi’nin siyasi, sosyal ve ekonomik alanlarda meydana getirdiği değişimin sonuçlarını belirler. c) Sanayi Devrimi’nin meydana getirdiği siyasi, sosyal ve ekonomik değişimin olumlu ve olumsuz sonuçlarını sorgular. ç) Sanayi Devrimi’nin nedenlerini ve meydana getirdiği siyasi, sosyal ve ekonomik değişimin sonuçlarını kendi ifadeleriyle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“Sanayi Devrimi’nin Meydana Getirdiği Siyasi, Sosyal ve Ekonomik Değişim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“Sanayi Devrimi’nin Meydana Getirdiği Siyasi, Sosyal ve Ekonomik Değişim”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sanayi devrimi’nin meydana getirdiği siyasi, sosyal ve ekonomik değişim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TAR.11.1.4. Sanayi Devrimi’nin meydana getirdiği siyasi, sosyal ve ekonomik değişimi neden ve sonuçlarıyla birlikte yorumlayabilme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sanayi devrimi’nin meydana getirdiği siyasi, sosyal ve ekonomik değişim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TAR.11.1.4. Sanayi Devrimi’nin meydana getirdiği siyasi, sosyal ve ekonomik değişimi neden ve sonuçlarıyla birlikte yorumlayabilme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Sanayi Devrimi’nin Meydana Getirdiği Siyasi, Sosyal ve Ekonomik Değişim konusu, TAR.11.1.4. Sanayi Devrimi’nin meydana getirdiği siyasi, sosyal ve ekonomik değişimi neden ve sonuçlarıyla birlikte yorumlayabilme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9 Kasım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Tarih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