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1.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14-18 Eylül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12.1.1.1. Nükleik asitlerin keşif sürecini özetler.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Rosalind Franklin, James Watson, Francis Crick çalışmaları kısaca açıklanır ancak bu isimlerin ezberlenmesi ve kronolojik sırasının bilinmesi beklenmez.</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Nükleik asitlerin keşif sürecinin bilimsel bilgiye katkısını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nükleik asit, DNA, RNA, bilimsel keşif, kanıt, model</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Nükleik asitlerin keşfi, canlıların kalıtsal bilgisini anlama biçimimizi nasıl değiştirmiştir?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nükleik asitlerin keşif sürecinin bilimsel bilgiye katkısını açıklama sürecini, resmî yıllık plandaki 12.1.1.1.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“Nükleik asitlerin keşfi, canlıların kalıtsal bilgisini anlama biçimimizi nasıl değiştirmiştir?”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nükleik asitlerin keşfine ilişkin kısa bilim insanı kartları ve araştırma bulgularını sunar. Bilimsel bilginin tek bir kişiye değil, kanıtların birikimine dayandığını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kartlardaki problem, kanıt ve ulaşılan açıklama ilişkisini ayırır. Her grup, keşif sürecinde hangi gözlem veya modelin önemli olduğunu kısa notlarla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Kanıt-keşif ilişki şeması.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bilim insanlarının adlarını ezberletmek yerine, bilimsel bilginin oluşumunda sorgulama, veri paylaşımı ve model kurmanın yerini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seçtikleri bir kanıtın nükleik asitlerin önemini açıklamaya nasıl katkı sağladığını paragrafla ifade eder; açıklamalarını akran geribildirimiyle gözden geçirir.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Kanıta dayalı açıklama ve akran kontrolü.</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nükleik asit, DNA, RNA, bilimsel keşif, kanıt, model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nükleik asitlerin keşif sürecinin bilimsel bilgiye katkısını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“Nükleik asitlerin keşfi, canlıların kalıtsal bilgisini anlama biçimimizi nasıl değiştirmiştir?”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Rosalind Franklin, James Watson, Francis Crick çalışmaları kısaca açıklanır ancak bu isimlerin ezberlenmesi ve kronolojik sırasının bilinmesi beklenmez.</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Nükleik asitlerin keşif sürecindeki bir gelişmenin günümüz biyolojisine katkısı için kısa kaynak notu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12.1.1.1. Nükleik asitlerin keşif sürecini özetler. öğrenme çıktısı doğrultusunda nükleik asitlerin keşif sürecinin bilimsel bilgiye katkısını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14 Eylül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1.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