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12. SINIF BİYOLOJİ GÜNLÜK PLAN / DERS PLANI</w:t>
      </w:r>
    </w:p>
    <w:p>
      <w:pPr>
        <w:pStyle w:val="Title"/>
        <w:spacing w:after="160"/>
      </w:pPr>
      <w:r>
        <w:rPr>
          <w:rFonts w:ascii="Times New Roman" w:hAnsi="Times New Roman" w:eastAsia="Times New Roman"/>
          <w:b/>
          <w:i w:val="0"/>
          <w:color w:val="000000"/>
          <w:sz w:val="24"/>
        </w:rPr>
        <w:t>2.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21-25 Eylül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21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GENDEN PROTEİNE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 Nükleik Asitlerin Keşfi ve Önemi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12.1.1.2. Nükleik asitlerin çeşitlerini ve görevlerini açıklar.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DNA ve RNA çeşitlerini yapı ve görev bakımından karşılaştırma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DNA, RNA, nükleotit, riboz, deoksiriboz, baz, protein sentezi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DNA ile RNA arasındaki yapı ve görev farkları hücresel süreçlerde neden önemlidir?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dna ve rna çeşitlerini yapı ve görev bakımından karşılaştırma sürecini, resmî yıllık plandaki 12.1.1.2. numaralı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“DNA ile RNA arasındaki yapı ve görev farkları hücresel süreçlerde neden önemlidir?”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DNA ve RNA'nın yapı taşlarını görsel şema üzerinde tanıtır; nükleotit, şeker, fosfat ve organik baz kavramlarını ilişkilendirir.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DNA ve RNA yapılarını karşılaştırma tablosuna işler; aynı olan ve farklı olan nitelikleri kanıt sütunuyla belirtir.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DNA-RNA karşılaştırma tablosu.</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DNA'nın kalıtsal bilgiyi saklama, RNA'nın protein sentezindeki rolü üzerinde durur.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verilen hücresel olay kartlarını DNA veya RNA'nın baskın rolüyle eşleştirir ve seçimlerini yapı-görev ilişkisiyle gerekçelendirir.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Gerekçeli olay eşleştirmesi.</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DNA, RNA, nükleotit, riboz, deoksiriboz, baz, protein sentezi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dna ve rna çeşitlerini yapı ve görev bakımından karşılaştırma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“DNA ile RNA arasındaki yapı ve görev farkları hücresel süreçlerde neden önemlidir?”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DNA ve RNA arasındaki üç fark ve iki ortak özelliği gösteren bilgi görseli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12.1.1. Nükleik Asitlerin Keşfi ve Önemi konusu, 12.1.1.2. Nükleik asitlerin çeşitlerini ve görevlerini açıklar. öğrenme çıktısı doğrultusunda dna ve rna çeşitlerini yapı ve görev bakımından karşılaştırma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21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Biyoloji 2. Hafta Günlük Plan / Ders Planı</dc:title>
  <dc:subject>12. Sınıf Biyoloji Günlük Plan / Ders Planı</dc:subject>
  <dc:creator/>
  <cp:keywords>12.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