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3.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Eylül-2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12.1.1.2. Nükleik asitlerin çeşitlerini ve görevlerini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Nükleik asit çeşitlerini ve görevlerini protein sentezi bağlamında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mRNA, tRNA, rRNA, genetik bilgi, transkripsiyon, çeviri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Farklı RNA türleri protein sentezinde birbirini nasıl tamamlar?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nükleik asit çeşitlerini ve görevlerini protein sentezi bağlamında açıklama sürecini, resmî yıllık plandaki 12.1.1.2.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“Farklı RNA türleri protein sentezinde birbirini nasıl tamamlar?”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mRNA, tRNA ve rRNA'nın protein sentezindeki rollerini görev kartlarıyla açıklar; RNA türlerini yalnızca isim üzerinden değil, süreçteki işlevi üzerinden karşılaştırır.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görev kartlarını doğru RNA türleriyle eşleştirir, her eşleştirme için sentezdeki sırasını gösteren kısa açıklama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RNA görev kartları ve süreç sıralaması.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genetik bilginin DNA'dan proteine aktarımında bilgi kaybı ve görev karışıklığına yol açan yaygın kavram hatalarını örnekler.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eksik bırakılmış bir protein sentezi şemasını tamamlar; mRNA, tRNA ve rRNA'nın rolünü kendi cümleleriyle açıklar.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Tamamlanmış süreç şeması ve kısa açıklama.</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mRNA, tRNA, rRNA, genetik bilgi, transkripsiyon, çeviri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nükleik asit çeşitlerini ve görevlerini protein sentezi bağlamında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“Farklı RNA türleri protein sentezinde birbirini nasıl tamamlar?”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Bir RNA türünün görevini benzetme kullanmadan bilimsel terimlerle açıklayan kısa metin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12.1.1.2. Nükleik asitlerin çeşitlerini ve görevlerini açıklar. öğrenme çıktısı doğrultusunda nükleik asit çeşitlerini ve görevlerini protein sentezi bağlamında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28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3.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