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4.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5-9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12.1.1.2. Nükleik asitlerin çeşitlerini ve görevlerini açıklar.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Genetik materyalin organizasyonunda parça-bütün ilişkisi kurma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nükleotit, DNA, gen, kromatin, kromozom, genom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Nükleotitten kromozoma uzanan yapısal basamaklar kalıtsal bilginin düzenlenmesini nasıl açıklar?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genetik materyalin organizasyonunda parça-bütün ilişkisi kurma sürecini, resmî yıllık plandaki 12.1.1.2.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“Nükleotitten kromozoma uzanan yapısal basamaklar kalıtsal bilginin düzenlenmesini nasıl açıklar?”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nükleotit-DNA-gen-kromatin-kromozom basamaklarını model materyalleri üzerinden tanıtır. Benzer kavramların ölçek ve işlev bakımından ayırt edilmesi gerektiğini vurgular.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parça kartlarını büyüklük ve içerme ilişkisine göre sıralar; her bağ için hangi yapının hangi yapıyı oluşturduğunu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Parça-bütün sıralama şeması.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genin DNA'nın tamamı değil, belirli bir işlevle ilişkili bölümü olduğunu örnekle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basit model veya çizimle genetik materyal organizasyonunu gösterir ve modeldeki her parçayı etiketler.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Etiketli genetik materyal modeli.</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nükleotit, DNA, gen, kromatin, kromozom, genom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genetik materyalin organizasyonunda parça-bütün ilişkisi kurma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“Nükleotitten kromozoma uzanan yapısal basamaklar kalıtsal bilginin düzenlenmesini nasıl açıklar?”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Nükleotit, DNA, gen ve kromozom kavramlarını birer cümleyle ilişkilendiren kavram haritası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12.1.1.2. Nükleik asitlerin çeşitlerini ve görevlerini açıklar. öğrenme çıktısı doğrultusunda genetik materyalin organizasyonunda parça-bütün ilişkisi kurma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5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4.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