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12. SINIF BİYOLOJİ GÜNLÜK PLAN / DERS PLANI</w:t>
      </w:r>
    </w:p>
    <w:p>
      <w:pPr>
        <w:pStyle w:val="Title"/>
        <w:spacing w:after="160"/>
      </w:pPr>
      <w:r>
        <w:rPr>
          <w:rFonts w:ascii="Times New Roman" w:hAnsi="Times New Roman" w:eastAsia="Times New Roman"/>
          <w:b/>
          <w:i w:val="0"/>
          <w:color w:val="000000"/>
          <w:sz w:val="24"/>
        </w:rPr>
        <w:t>5.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5.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12-16 Ekim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GENDEN PROTEİNE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12.1.1. Nükleik Asitlerin Keşfi ve Önemi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12.1.1.3. Hücredeki genetik materyalin organizasyonunda parça bütün ilişkisi kurar.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a. Nükleotitten DNA ve kromozoma genetik materyal organizasyonunun modellenmesi sağlanır.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Gen ve DNA arasındaki ilişkiyi model üzerinden açıklama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gen, DNA dizisi, kromozom, kalıtsal bilgi, model, parça-bütün</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Bir genin DNA üzerindeki yeri ve işlevi nasıl açıklanabilir?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gen ve dna arasındaki ilişkiyi model üzerinden açıklama sürecini, resmî yıllık plandaki 12.1.1.3. numaralı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önceki sınıf düzeylerinde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“Bir genin DNA üzerindeki yeri ve işlevi nasıl açıklanabilir?”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4 ders saati esas alınarak hazırlanmıştır. Ders saatleri okul çizelgesinde farklı günlerdeyse her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genetik materyal modelindeki parçaları yeniden ele alır; gen, DNA ve kromozomun birbirinin yerine kullanılmaması gerektiğini açıklar.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verilen ifadelerdeki kavram hatalarını bulur ve doğru ilişkiyi şema veya cümleyle düzeltir.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Kavram hatası düzeltme formu.</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modeli bilimsel açıklamanın kendisi değil, açıklamayı destekleyen araç olarak değerlendirir.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kendi modellerindeki ölçek sınırlılıklarını yazar; gen-DNA ilişkisinin modelde hangi yönle temsil edildiğini açıklar.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Model açıklaması ve sınırlılık notu.</w:t>
      </w:r>
    </w:p>
    <w:p>
      <w:pPr>
        <w:pStyle w:val="Heading2"/>
        <w:keepNext/>
        <w:spacing w:before="80" w:after="60"/>
      </w:pPr>
      <w:r>
        <w:rPr>
          <w:rFonts w:ascii="Times New Roman" w:hAnsi="Times New Roman" w:eastAsia="Times New Roman"/>
          <w:b/>
          <w:i w:val="0"/>
          <w:color w:val="000000"/>
          <w:sz w:val="21"/>
        </w:rPr>
        <w:t>3.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iki derste oluşan ürünleri gen, DNA dizisi, kromozom, kalıtsal bilgi, model, parça-bütün kavramlarının doğru kullanımı ve öğrenme çıktısındaki süreç basamakları bakımından gözden geçirir. Eksik ya da çelişkili ifadeleri doğrudan cevap vermeden kanıt, gözlem veya kaynakla yeniden incelemeye yönlendirir.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grup ürünlerini geliştirir; gen ve dna arasındaki ilişkiyi model üzerinden açıklama amacına hizmet eden tablo, şema, model veya kısa açıklamayı tamamlar. Her grup ürününde kullandığı kanıtı, yaptığı yorumu ve gerektiğinde sınırlılığı ayrı biçimde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Geliştirilmiş grup ürünü, kanıt-yorum ayrımı ve grup içi görev kaydı.</w:t>
      </w:r>
    </w:p>
    <w:p>
      <w:pPr>
        <w:pStyle w:val="Heading2"/>
        <w:keepNext/>
        <w:spacing w:before="80" w:after="60"/>
      </w:pPr>
      <w:r>
        <w:rPr>
          <w:rFonts w:ascii="Times New Roman" w:hAnsi="Times New Roman" w:eastAsia="Times New Roman"/>
          <w:b/>
          <w:i w:val="0"/>
          <w:color w:val="000000"/>
          <w:sz w:val="21"/>
        </w:rPr>
        <w:t>4.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ürün paylaşımı için öğrenme çıktısına dayalı kısa değerlendirme ölçütlerini açıklar. Öğrencilerin yalnızca sonuca değil; kullandıkları kavrama, gerekçeye, kanıta ve geri bildirimle yaptıkları düzeltmeye odaklanmalarını sağlar.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ürünlerini sınıfa veya eş gruba sunar. En az bir güçlü yön ve bir geliştirme önerisi alır; öneriyi değerlendirerek ürününde düzeltme yapar. Ders sonunda “Bir genin DNA üzerindeki yeri ve işlevi nasıl açıklanabilir?” sorusuna kendi kanıtlarına dayalı kısa yanıt verir.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Sunum veya akran değerlendirme formu, düzeltilmiş öğrenci ürünü ve çıkış bileti.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 Nükleotitten DNA ve kromozoma genetik materyal organizasyonunun modellenmesi sağlanır.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Ürünü Değerlendirme Kaydı</w:t>
      </w:r>
    </w:p>
    <w:tbl>
      <w:tblPr>
        <w:tblW w:type="auto" w:w="0"/>
        <w:jc w:val="center"/>
        <w:tblLayout w:type="fixed"/>
        <w:tblLook w:firstColumn="1" w:firstRow="1" w:lastColumn="0" w:lastRow="0" w:noHBand="0" w:noVBand="1" w:val="04A0"/>
      </w:tblPr>
      <w:tblGrid>
        <w:gridCol w:w="2509"/>
        <w:gridCol w:w="2509"/>
        <w:gridCol w:w="2509"/>
        <w:gridCol w:w="2509"/>
      </w:tblGrid>
      <w:tr>
        <w:trPr>
          <w:tblHeader w:val="true"/>
        </w:trPr>
        <w:tc>
          <w:tcPr>
            <w:tcW w:type="dxa" w:w="453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Ölçüt</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Başlangıç</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Gelişiyor</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Beklenen Düzey</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Kavramları öğrenme çıktısına uygun kullanma</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gözlem veya kaynağı izlenebilir biçimde gösterme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Açıklamayı gerekçe ve sınırlılıkla ilişkilendirme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Geri bildirim sonrasında ürünü geliştirme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İzleme ve Sonraki Derse Hazırlık</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2381"/>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İzleme Başlığı</w:t>
            </w:r>
          </w:p>
        </w:tc>
        <w:tc>
          <w:tcPr>
            <w:tcW w:type="dxa" w:w="396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Gözlem ve Kanıt</w:t>
            </w:r>
          </w:p>
        </w:tc>
        <w:tc>
          <w:tcPr>
            <w:tcW w:type="dxa" w:w="334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Sonraki Derste Uygulanacak Adım</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Kavram yanılgısı veya eksik ön bilgi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Kanıt kullanma ve gerekçelendirme</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Deney, model, tablo veya şema becerisi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Destekleme ya da zenginleştirme gereksinimi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Genetik materyal organizasyonunu günlük nesne benzetmesi kullanmadan açıklayan kısa paragraf hazırlanır.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12.1.1. Nükleik Asitlerin Keşfi ve Önemi konusu, 12.1.1.3. Hücredeki genetik materyalin organizasyonunda parça bütün ilişkisi kurar. öğrenme çıktısı doğrultusunda gen ve dna arasındaki ilişkiyi model üzerinden açıklama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12 Ekim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Biyoloji 5. Hafta Günlük Plan / Ders Planı</dc:title>
  <dc:subject>12. Sınıf Biyoloji Günlük Plan / Ders Planı</dc:subject>
  <dc:creator/>
  <cp:keywords>12.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