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12. SINIF BİYOLOJİ GÜNLÜK PLAN / DERS PLANI</w:t>
      </w:r>
    </w:p>
    <w:p>
      <w:pPr>
        <w:pStyle w:val="Title"/>
        <w:spacing w:after="160"/>
      </w:pPr>
      <w:r>
        <w:rPr>
          <w:rFonts w:ascii="Times New Roman" w:hAnsi="Times New Roman" w:eastAsia="Times New Roman"/>
          <w:b/>
          <w:i w:val="0"/>
          <w:color w:val="000000"/>
          <w:sz w:val="24"/>
        </w:rPr>
        <w:t>6.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6.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19-23 Ekim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19 Ekim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GENDEN PROTEİNE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 Nükleik Asitlerin Keşfi ve Önemi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12.1.1.3. Hücredeki genetik materyalin organizasyonunda parça bütün ilişkisi kurar.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 Gen ve DNA ilişkisi üzerinde durulur.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Genetik materyalin organizasyonunda gen ve DNA ilişkisini derinleştirme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DNA dizisi, gen, genetik bilgi, kromozom, hücre çekirdeği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DNA üzerindeki bilgi, hücredeki genetik organizasyonla nasıl ilişkilidir?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genetik materyalin organizasyonunda gen ve dna ilişkisini derinleştirme sürecini, resmî yıllık plandaki 12.1.1.3. numaralı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“DNA üzerindeki bilgi, hücredeki genetik organizasyonla nasıl ilişkilidir?”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DNA dizisi ile gen kavramı arasındaki ilişkiyi şematik örnek üzerinden açıklar. Her DNA parçasının aynı işlevle ilişkilendirilmemesi gerektiğini vurgular.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örnek dizilerde genetik bilginin hangi düzeyde temsil edildiğini belirler; DNA-gen-kromozom ilişkisini tabloya işler.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Düzeyler arası ilişki tablosu.</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haftanın modellerinden yararlanarak kalıtsal bilginin düzenli paketlenmesinin hücre için önemini tartışır.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bir açıklama kartını doğru yapısal düzeyle eşleştirir; seçimlerini parça-bütün ilişkisiyle savunur.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Gerekçeli eşleştirme ve çıkış bileti.</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DNA dizisi, gen, genetik bilgi, kromozom, hücre çekirdeği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genetik materyalin organizasyonunda gen ve dna ilişkisini derinleştirme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“DNA üzerindeki bilgi, hücredeki genetik organizasyonla nasıl ilişkilidir?”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 Gen ve DNA ilişkisi üzerinde durulur.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Gen ve DNA ilişkisinde sık yapılan bir kavram hatası ile doğru açıklaması yazılır.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12.1.1. Nükleik Asitlerin Keşfi ve Önemi konusu, 12.1.1.3. Hücredeki genetik materyalin organizasyonunda parça bütün ilişkisi kurar. öğrenme çıktısı doğrultusunda genetik materyalin organizasyonunda gen ve dna ilişkisini derinleştirme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19 Ekim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Biyoloji 6. Hafta Günlük Plan / Ders Planı</dc:title>
  <dc:subject>12. Sınıf Biyoloji Günlük Plan / Ders Planı</dc:subject>
  <dc:creator/>
  <cp:keywords>12.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