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7.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26-30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 Nükleik Asitlerin Keşfi ve Önemi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12.1.1.4. DNA' nın kendini eşlemesini açıklar.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Helikaz, DNA polimeraz ve DNA ligaz dışındaki enzimler verilmez. b. Aziz Sancar’ın biyoloji bilimine katkısı, vatanseverliği ve bir bilim insanının genel özellikleri bağlamında şahsına vurgu yapılan bir okuma parçası verilir.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DNA'nın kendini eşlemesini enzimlerin işlevleriyle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DNA eşlenmesi, helikaz, DNA polimeraz, DNA ligaz, tamamlayıcı baz, kalıp zincir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DNA eşlenmesinde tamamlayıcı baz eşleşmesi ve enzimlerin görevleri nasıl birlikte çalışır?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dna'nın kendini eşlemesini enzimlerin işlevleriyle açıklama sürecini, resmî yıllık plandaki 12.1.1.4.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“DNA eşlenmesinde tamamlayıcı baz eşleşmesi ve enzimlerin görevleri nasıl birlikte çalışır?”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DNA eşlenmesinin hücre bölünmesinden önce kalıtsal bilginin aktarımı için gerekli olduğunu şema üzerinde açıklar. Helikaz, DNA polimeraz ve DNA ligazın temel görevlerine odaklanır.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eşlenme basamaklarını karışık kartlardan sıralar; her basamakta görev alan enzimi ve temel işlevini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DNA eşlenmesi süreç kartları.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Aziz Sancar'ın bilimsel katkısını bilim insanının merak, sabır ve kanıta dayalı çalışma özellikleri bağlamında kısa bir okuma ile ele alır.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DNA eşlenmesi şemasını tamamlar ve bilimsel çalışmada kanıtın rolü hakkında kısa yansıtma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Etiketli eşlenme şeması ve yansıtma notu.</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DNA eşlenmesi, helikaz, DNA polimeraz, DNA ligaz, tamamlayıcı baz, kalıp zincir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dna'nın kendini eşlemesini enzimlerin işlevleriyle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“DNA eşlenmesinde tamamlayıcı baz eşleşmesi ve enzimlerin görevleri nasıl birlikte çalışır?”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Helikaz, DNA polimeraz ve DNA ligaz dışındaki enzimler verilmez. b. Aziz Sancar’ın biyoloji bilimine katkısı, vatanseverliği ve bir bilim insanının genel özellikleri bağlamında şahsına vurgu yapılan bir okuma parçası verilir.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DNA eşlenmesi basamaklarını üç ana aşamada özetleyen bir akış şeması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12.1.1. Nükleik Asitlerin Keşfi ve Önemi konusu, 12.1.1.4. DNA' nın kendini eşlemesini açıklar. öğrenme çıktısı doğrultusunda dna'nın kendini eşlemesini enzimlerin işlevleriyle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26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7.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