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i w:val="0"/>
          <w:color w:val="000000"/>
          <w:sz w:val="24"/>
        </w:rPr>
        <w:t>........................................................ LİSESİ MÜDÜRLÜĞÜ</w:t>
      </w:r>
    </w:p>
    <w:p>
      <w:pPr>
        <w:pStyle w:val="Title"/>
        <w:spacing w:after="40"/>
      </w:pPr>
      <w:r>
        <w:rPr>
          <w:rFonts w:ascii="Times New Roman" w:hAnsi="Times New Roman" w:eastAsia="Times New Roman"/>
          <w:b/>
          <w:i w:val="0"/>
          <w:color w:val="000000"/>
          <w:sz w:val="24"/>
        </w:rPr>
        <w:t>2026-2027 EĞİTİM ÖĞRETİM YILI</w:t>
      </w:r>
    </w:p>
    <w:p>
      <w:pPr>
        <w:pStyle w:val="Title"/>
        <w:spacing w:after="40"/>
      </w:pPr>
      <w:r>
        <w:rPr>
          <w:rFonts w:ascii="Times New Roman" w:hAnsi="Times New Roman" w:eastAsia="Times New Roman"/>
          <w:b/>
          <w:i w:val="0"/>
          <w:color w:val="000000"/>
          <w:sz w:val="24"/>
        </w:rPr>
        <w:t>12. SINIF BİYOLOJİ GÜNLÜK PLAN / DERS PLANI</w:t>
      </w:r>
    </w:p>
    <w:p>
      <w:pPr>
        <w:pStyle w:val="Title"/>
        <w:spacing w:after="160"/>
      </w:pPr>
      <w:r>
        <w:rPr>
          <w:rFonts w:ascii="Times New Roman" w:hAnsi="Times New Roman" w:eastAsia="Times New Roman"/>
          <w:b/>
          <w:i w:val="0"/>
          <w:color w:val="000000"/>
          <w:sz w:val="24"/>
        </w:rPr>
        <w:t>8. HAFTA</w:t>
      </w:r>
    </w:p>
    <w:tbl>
      <w:tblPr>
        <w:tblW w:type="auto" w:w="0"/>
        <w:jc w:val="center"/>
        <w:tblLayout w:type="fixed"/>
        <w:tblLook w:firstColumn="1" w:firstRow="1" w:lastColumn="0" w:lastRow="0" w:noHBand="0" w:noVBand="1" w:val="04A0"/>
      </w:tblPr>
      <w:tblGrid>
        <w:gridCol w:w="2509"/>
        <w:gridCol w:w="2509"/>
        <w:gridCol w:w="2509"/>
        <w:gridCol w:w="2509"/>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Biyoloji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12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8.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2-6 Kasım 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4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2 Kasım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Günlük Plan / 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Ders Kitabı / Sayfa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w:t>
            </w:r>
          </w:p>
        </w:tc>
      </w:tr>
    </w:tbl>
    <w:p>
      <w:pPr>
        <w:pStyle w:val="Heading1"/>
        <w:keepNext/>
        <w:spacing w:before="120" w:after="60"/>
      </w:pPr>
      <w:r>
        <w:rPr>
          <w:rFonts w:ascii="Times New Roman" w:hAnsi="Times New Roman" w:eastAsia="Times New Roman"/>
          <w:b/>
          <w:i w:val="0"/>
          <w:color w:val="000000"/>
          <w:sz w:val="22"/>
        </w:rPr>
        <w:t>Yıllık Planla Uyumlu Öğrenme Çerçevesi</w:t>
      </w:r>
    </w:p>
    <w:tbl>
      <w:tblPr>
        <w:tblW w:type="auto" w:w="0"/>
        <w:jc w:val="center"/>
        <w:tblLayout w:type="fixed"/>
        <w:tblLook w:firstColumn="1" w:firstRow="1" w:lastColumn="0" w:lastRow="0" w:noHBand="0" w:noVBand="1" w:val="04A0"/>
      </w:tblPr>
      <w:tblGrid>
        <w:gridCol w:w="5018"/>
        <w:gridCol w:w="5018"/>
      </w:tblGrid>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Tema</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GENDEN PROTEİNE</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Konu / İçerik Çerçevesi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12.1.2. Genetik şifre ve Protein sentezi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Öğrenme Çıktısı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12.1.2.1. Protein sentezinin mekanizmasını açıklar.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Süreç Bileşenleri</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a. Genetik şifre ve protein sentezi arasındaki ilişki üzerinde durulur. b. Protein sentezi açıklanırken görsel ögeler, grafik düzenleyiciler, e-öğrenme nesnesi ve uygulamalarından yararlanılır.</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Haftanın Odağı</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Protein sentezinin mekanizmasını genetik şifre ile ilişkilendirerek açıklama</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Anahtar Kavramlar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genetik şifre, kodon, mRNA, tRNA, ribozom, aminoasit, protein sentezi</w:t>
            </w:r>
          </w:p>
        </w:tc>
      </w:tr>
      <w:tr>
        <w:tc>
          <w:tcPr>
            <w:tcW w:type="dxa" w:w="2409"/>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eastAsia="Times New Roman"/>
                <w:b/>
                <w:i w:val="0"/>
                <w:color w:val="000000"/>
                <w:sz w:val="18"/>
              </w:rPr>
              <w:t>Belirli Gün ve Haftalar</w:t>
            </w:r>
          </w:p>
        </w:tc>
        <w:tc>
          <w:tcPr>
            <w:tcW w:type="dxa" w:w="7228"/>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8"/>
              </w:rPr>
              <w:t>Bu hafta için yıllık planda ayrıca belirtilmemiştir.</w:t>
            </w:r>
          </w:p>
        </w:tc>
      </w:tr>
    </w:tbl>
    <w:p>
      <w:pPr>
        <w:pStyle w:val="Heading1"/>
        <w:keepNext/>
        <w:spacing w:before="120" w:after="60"/>
      </w:pPr>
      <w:r>
        <w:rPr>
          <w:rFonts w:ascii="Times New Roman" w:hAnsi="Times New Roman" w:eastAsia="Times New Roman"/>
          <w:b/>
          <w:i w:val="0"/>
          <w:color w:val="000000"/>
          <w:sz w:val="22"/>
        </w:rPr>
        <w:t>Dersin Amacı ve Başarı Ölçütleri</w:t>
      </w:r>
    </w:p>
    <w:p>
      <w:pPr>
        <w:spacing w:after="80" w:line="259" w:lineRule="auto"/>
        <w:ind w:firstLine="255"/>
      </w:pPr>
      <w:r>
        <w:rPr>
          <w:rFonts w:ascii="Times New Roman" w:hAnsi="Times New Roman" w:eastAsia="Times New Roman"/>
          <w:b/>
          <w:i w:val="0"/>
          <w:color w:val="000000"/>
          <w:sz w:val="20"/>
        </w:rPr>
        <w:t xml:space="preserve">Temel soru: </w:t>
      </w:r>
      <w:r>
        <w:rPr>
          <w:rFonts w:ascii="Times New Roman" w:hAnsi="Times New Roman" w:eastAsia="Times New Roman"/>
          <w:b w:val="0"/>
          <w:i w:val="0"/>
          <w:color w:val="000000"/>
          <w:sz w:val="20"/>
        </w:rPr>
        <w:t>Genetik şifre, aminoasitlerin doğru sırayla bir araya gelmesini nasıl sağlar?</w:t>
      </w:r>
    </w:p>
    <w:p>
      <w:pPr>
        <w:spacing w:after="80" w:line="259" w:lineRule="auto"/>
        <w:ind w:firstLine="255"/>
      </w:pPr>
      <w:r>
        <w:rPr>
          <w:rFonts w:ascii="Times New Roman" w:hAnsi="Times New Roman" w:eastAsia="Times New Roman"/>
          <w:b/>
          <w:i w:val="0"/>
          <w:color w:val="000000"/>
          <w:sz w:val="20"/>
        </w:rPr>
        <w:t xml:space="preserve">Dersin amacı: </w:t>
      </w:r>
      <w:r>
        <w:rPr>
          <w:rFonts w:ascii="Times New Roman" w:hAnsi="Times New Roman" w:eastAsia="Times New Roman"/>
          <w:b w:val="0"/>
          <w:i w:val="0"/>
          <w:color w:val="000000"/>
          <w:sz w:val="20"/>
        </w:rPr>
        <w:t>Öğrencilerin protein sentezinin mekanizmasını genetik şifre ile ilişkilendirerek açıklama sürecini, resmî yıllık plandaki 12.1.2.1. numaralı öğrenme çıktısı ve ilgili süreç bileşenleri doğrultusunda gerçekleştirmeleri amaçlanır.</w:t>
      </w:r>
    </w:p>
    <w:p>
      <w:pPr>
        <w:spacing w:after="80" w:line="259" w:lineRule="auto"/>
        <w:ind w:firstLine="255"/>
      </w:pPr>
      <w:r>
        <w:rPr>
          <w:rFonts w:ascii="Times New Roman" w:hAnsi="Times New Roman" w:eastAsia="Times New Roman"/>
          <w:b/>
          <w:i w:val="0"/>
          <w:color w:val="000000"/>
          <w:sz w:val="20"/>
        </w:rPr>
        <w:t xml:space="preserve">Başarı ölçütleri: </w:t>
      </w:r>
      <w:r>
        <w:rPr>
          <w:rFonts w:ascii="Times New Roman" w:hAnsi="Times New Roman" w:eastAsia="Times New Roman"/>
          <w:b w:val="0"/>
          <w:i w:val="0"/>
          <w:color w:val="000000"/>
          <w:sz w:val="20"/>
        </w:rPr>
        <w:t>Öğrenci; verilen görevin gerektirdiği bilgiyi veya gözlemi doğru biçimde kaydeder, kullandığı kanıtı açıklamasından ayırır, ulaştığı sonucu gerekçelendirir ve öğretmen ya da akran geri bildirimine göre ürününü düzeltir.</w:t>
      </w:r>
    </w:p>
    <w:p>
      <w:pPr>
        <w:pStyle w:val="Heading1"/>
        <w:keepNext/>
        <w:spacing w:before="120" w:after="60"/>
      </w:pPr>
      <w:r>
        <w:rPr>
          <w:rFonts w:ascii="Times New Roman" w:hAnsi="Times New Roman" w:eastAsia="Times New Roman"/>
          <w:b/>
          <w:i w:val="0"/>
          <w:color w:val="000000"/>
          <w:sz w:val="22"/>
        </w:rPr>
        <w:t>Hazırbulunuşluk ve Ön Değerlendirme</w:t>
      </w:r>
    </w:p>
    <w:p>
      <w:pPr>
        <w:spacing w:after="80" w:line="259" w:lineRule="auto"/>
        <w:ind w:firstLine="255"/>
      </w:pPr>
      <w:r>
        <w:rPr>
          <w:rFonts w:ascii="Times New Roman" w:hAnsi="Times New Roman" w:eastAsia="Times New Roman"/>
          <w:b/>
          <w:i w:val="0"/>
          <w:color w:val="000000"/>
          <w:sz w:val="20"/>
        </w:rPr>
        <w:t xml:space="preserve">Ön koşul öğrenmeler: </w:t>
      </w:r>
      <w:r>
        <w:rPr>
          <w:rFonts w:ascii="Times New Roman" w:hAnsi="Times New Roman" w:eastAsia="Times New Roman"/>
          <w:b w:val="0"/>
          <w:i w:val="0"/>
          <w:color w:val="000000"/>
          <w:sz w:val="20"/>
        </w:rPr>
        <w:t>Öğrencilerin önceki sınıf düzeylerinde canlılar, hücre, bilimsel araştırma ve güvenli çalışma hakkında temel kavramlarla karşılaşmış oldukları kabul edilir. Kavramların doğru kullanımı ders başındaki kısa yoklamayla kontrol edilir.</w:t>
      </w:r>
    </w:p>
    <w:p>
      <w:pPr>
        <w:spacing w:after="80" w:line="259" w:lineRule="auto"/>
        <w:ind w:firstLine="255"/>
      </w:pPr>
      <w:r>
        <w:rPr>
          <w:rFonts w:ascii="Times New Roman" w:hAnsi="Times New Roman" w:eastAsia="Times New Roman"/>
          <w:b/>
          <w:i w:val="0"/>
          <w:color w:val="000000"/>
          <w:sz w:val="20"/>
        </w:rPr>
        <w:t xml:space="preserve">Ön değerlendirme: </w:t>
      </w:r>
      <w:r>
        <w:rPr>
          <w:rFonts w:ascii="Times New Roman" w:hAnsi="Times New Roman" w:eastAsia="Times New Roman"/>
          <w:b w:val="0"/>
          <w:i w:val="0"/>
          <w:color w:val="000000"/>
          <w:sz w:val="20"/>
        </w:rPr>
        <w:t>Öğrencilere “Genetik şifre, aminoasitlerin doğru sırayla bir araya gelmesini nasıl sağlar?” sorusu yöneltilir. Cevaplar puan verilmeden dinlenir; kavram yanılgıları, eksik ön bilgiler ve destek gerektiren öğrenciler öğretmen gözlem notuna kaydedilir.</w:t>
      </w:r>
    </w:p>
    <w:p>
      <w:pPr>
        <w:pStyle w:val="Heading1"/>
        <w:keepNext/>
        <w:spacing w:before="120" w:after="60"/>
      </w:pPr>
      <w:r>
        <w:rPr>
          <w:rFonts w:ascii="Times New Roman" w:hAnsi="Times New Roman" w:eastAsia="Times New Roman"/>
          <w:b/>
          <w:i w:val="0"/>
          <w:color w:val="000000"/>
          <w:sz w:val="22"/>
        </w:rPr>
        <w:t>Araç Gereç, Kaynak ve Güvenlik</w:t>
      </w:r>
    </w:p>
    <w:p>
      <w:pPr>
        <w:spacing w:after="80" w:line="259" w:lineRule="auto"/>
        <w:ind w:firstLine="255"/>
      </w:pPr>
      <w:r>
        <w:rPr>
          <w:rFonts w:ascii="Times New Roman" w:hAnsi="Times New Roman" w:eastAsia="Times New Roman"/>
          <w:b/>
          <w:i w:val="0"/>
          <w:color w:val="000000"/>
          <w:sz w:val="20"/>
        </w:rPr>
        <w:t xml:space="preserve">Araç gereç: </w:t>
      </w:r>
      <w:r>
        <w:rPr>
          <w:rFonts w:ascii="Times New Roman" w:hAnsi="Times New Roman" w:eastAsia="Times New Roman"/>
          <w:b w:val="0"/>
          <w:i w:val="0"/>
          <w:color w:val="000000"/>
          <w:sz w:val="20"/>
        </w:rPr>
        <w:t>MEB ders kitabı, öğretmen tarafından seçilmiş güvenilir bilimsel metin ve görseller, çalışma kâğıdı, gözlem veya kaynak değerlendirme formu, renkli kalemler, akıllı tahta ve gerektiğinde güvenli canlı gözlem materyali.</w:t>
      </w:r>
    </w:p>
    <w:p>
      <w:pPr>
        <w:spacing w:after="80" w:line="259" w:lineRule="auto"/>
        <w:ind w:firstLine="255"/>
      </w:pPr>
      <w:r>
        <w:rPr>
          <w:rFonts w:ascii="Times New Roman" w:hAnsi="Times New Roman" w:eastAsia="Times New Roman"/>
          <w:b/>
          <w:i w:val="0"/>
          <w:color w:val="000000"/>
          <w:sz w:val="20"/>
        </w:rPr>
        <w:t xml:space="preserve">Güvenlik ve etik: </w:t>
      </w:r>
      <w:r>
        <w:rPr>
          <w:rFonts w:ascii="Times New Roman" w:hAnsi="Times New Roman" w:eastAsia="Times New Roman"/>
          <w:b w:val="0"/>
          <w:i w:val="0"/>
          <w:color w:val="000000"/>
          <w:sz w:val="20"/>
        </w:rPr>
        <w:t>Canlı örneklerine zarar verilmez; kişisel ve hassas veri toplanmaz. İnternet kaynakları öğretmen rehberliğinde kullanılır. Alıntı ve görsellerin kaynağı belirtilir. Laboratuvar veya okul dışı gözlem yapılacaksa okulun güvenlik kuralları ile veli/kurum izinleri uygulanır.</w:t>
      </w:r>
    </w:p>
    <w:p>
      <w:pPr>
        <w:pStyle w:val="Heading1"/>
        <w:keepNext/>
        <w:spacing w:before="120" w:after="60"/>
      </w:pPr>
      <w:r>
        <w:rPr>
          <w:rFonts w:ascii="Times New Roman" w:hAnsi="Times New Roman" w:eastAsia="Times New Roman"/>
          <w:b/>
          <w:i w:val="0"/>
          <w:color w:val="000000"/>
          <w:sz w:val="22"/>
        </w:rPr>
        <w:t>Öğrenme Öğretme Süreci</w:t>
      </w:r>
    </w:p>
    <w:p>
      <w:pPr>
        <w:spacing w:after="80" w:line="259" w:lineRule="auto"/>
        <w:ind w:firstLine="255"/>
      </w:pPr>
      <w:r>
        <w:rPr>
          <w:rFonts w:ascii="Times New Roman" w:hAnsi="Times New Roman" w:eastAsia="Times New Roman"/>
          <w:b/>
          <w:i w:val="0"/>
          <w:color w:val="000000"/>
          <w:sz w:val="20"/>
        </w:rPr>
        <w:t xml:space="preserve">Uygulama notu: </w:t>
      </w:r>
      <w:r>
        <w:rPr>
          <w:rFonts w:ascii="Times New Roman" w:hAnsi="Times New Roman" w:eastAsia="Times New Roman"/>
          <w:b w:val="0"/>
          <w:i w:val="0"/>
          <w:color w:val="000000"/>
          <w:sz w:val="20"/>
        </w:rPr>
        <w:t>Plan 4 ders saati esas alınarak hazırlanmıştır. Ders saatleri okul çizelgesinde farklı günlerdeyse her dersin başlangıcında önceki derse ait ürünler kısaca hatırlatılır. Öğretmen, sınıfın hazırbulunuşluğuna göre örnek sayısını ve çalışma süresini değiştirebilir; öğrenme çıktısı ile kanıt ilişkisini korur.</w:t>
      </w:r>
    </w:p>
    <w:p>
      <w:pPr>
        <w:pStyle w:val="Heading2"/>
        <w:keepNext/>
        <w:spacing w:before="80" w:after="60"/>
      </w:pPr>
      <w:r>
        <w:rPr>
          <w:rFonts w:ascii="Times New Roman" w:hAnsi="Times New Roman" w:eastAsia="Times New Roman"/>
          <w:b/>
          <w:i w:val="0"/>
          <w:color w:val="000000"/>
          <w:sz w:val="21"/>
        </w:rPr>
        <w:t>1.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DNA'daki bilginin mRNA'ya aktarılması ve ribozomda okunması sürecini görsel düzenleyiciyle açıklar. Kodon ve aminoasit ilişkisini örnek üzerinden gösterir.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verilen kısa genetik şifre örneklerini süreç basamaklarına yerleştirir; mRNA ve tRNA'nın görevlerini ilgili noktada belirtir.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Protein sentezi süreç şeması.</w:t>
      </w:r>
    </w:p>
    <w:p>
      <w:pPr>
        <w:pStyle w:val="Heading2"/>
        <w:keepNext/>
        <w:spacing w:before="80" w:after="60"/>
      </w:pPr>
      <w:r>
        <w:rPr>
          <w:rFonts w:ascii="Times New Roman" w:hAnsi="Times New Roman" w:eastAsia="Times New Roman"/>
          <w:b/>
          <w:i w:val="0"/>
          <w:color w:val="000000"/>
          <w:sz w:val="21"/>
        </w:rPr>
        <w:t>2.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protein sentezinde görsel öğe, grafik düzenleyici ve dijital öğrenme nesnelerinin süreci kavramaya nasıl yardımcı olabileceğini gösterir.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bir protein sentezi şemasında bilgi akışını oklarla gösterir; her okun neyi temsil ettiğini kısa ifadelerle yazar.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Açıklamalı protein sentezi şeması.</w:t>
      </w:r>
    </w:p>
    <w:p>
      <w:pPr>
        <w:pStyle w:val="Heading2"/>
        <w:keepNext/>
        <w:spacing w:before="80" w:after="60"/>
      </w:pPr>
      <w:r>
        <w:rPr>
          <w:rFonts w:ascii="Times New Roman" w:hAnsi="Times New Roman" w:eastAsia="Times New Roman"/>
          <w:b/>
          <w:i w:val="0"/>
          <w:color w:val="000000"/>
          <w:sz w:val="21"/>
        </w:rPr>
        <w:t>3.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önceki iki derste oluşan ürünleri genetik şifre, kodon, mRNA, tRNA, ribozom, aminoasit, protein sentezi kavramlarının doğru kullanımı ve öğrenme çıktısındaki süreç basamakları bakımından gözden geçirir. Eksik ya da çelişkili ifadeleri doğrudan cevap vermeden kanıt, gözlem veya kaynakla yeniden incelemeye yönlendirir.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grup ürünlerini geliştirir; protein sentezinin mekanizmasını genetik şifre ile ilişkilendirerek açıklama amacına hizmet eden tablo, şema, model veya kısa açıklamayı tamamlar. Her grup ürününde kullandığı kanıtı, yaptığı yorumu ve gerektiğinde sınırlılığı ayrı biçimde gösterir.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Geliştirilmiş grup ürünü, kanıt-yorum ayrımı ve grup içi görev kaydı.</w:t>
      </w:r>
    </w:p>
    <w:p>
      <w:pPr>
        <w:pStyle w:val="Heading2"/>
        <w:keepNext/>
        <w:spacing w:before="80" w:after="60"/>
      </w:pPr>
      <w:r>
        <w:rPr>
          <w:rFonts w:ascii="Times New Roman" w:hAnsi="Times New Roman" w:eastAsia="Times New Roman"/>
          <w:b/>
          <w:i w:val="0"/>
          <w:color w:val="000000"/>
          <w:sz w:val="21"/>
        </w:rPr>
        <w:t>4. Ders Saati (40 dakika)</w:t>
      </w:r>
    </w:p>
    <w:p>
      <w:pPr>
        <w:spacing w:after="40" w:line="259" w:lineRule="auto"/>
        <w:ind w:firstLine="255"/>
      </w:pPr>
      <w:r>
        <w:rPr>
          <w:rFonts w:ascii="Times New Roman" w:hAnsi="Times New Roman" w:eastAsia="Times New Roman"/>
          <w:b/>
          <w:i w:val="0"/>
          <w:color w:val="000000"/>
          <w:sz w:val="20"/>
        </w:rPr>
        <w:t xml:space="preserve">Öğretmenin işlemleri: </w:t>
      </w:r>
      <w:r>
        <w:rPr>
          <w:rFonts w:ascii="Times New Roman" w:hAnsi="Times New Roman" w:eastAsia="Times New Roman"/>
          <w:b w:val="0"/>
          <w:i w:val="0"/>
          <w:color w:val="000000"/>
          <w:sz w:val="20"/>
        </w:rPr>
        <w:t>Öğretmen, ürün paylaşımı için öğrenme çıktısına dayalı kısa değerlendirme ölçütlerini açıklar. Öğrencilerin yalnızca sonuca değil; kullandıkları kavrama, gerekçeye, kanıta ve geri bildirimle yaptıkları düzeltmeye odaklanmalarını sağlar.</w:t>
      </w:r>
    </w:p>
    <w:p>
      <w:pPr>
        <w:spacing w:after="40" w:line="259" w:lineRule="auto"/>
        <w:ind w:firstLine="255"/>
      </w:pPr>
      <w:r>
        <w:rPr>
          <w:rFonts w:ascii="Times New Roman" w:hAnsi="Times New Roman" w:eastAsia="Times New Roman"/>
          <w:b/>
          <w:i w:val="0"/>
          <w:color w:val="000000"/>
          <w:sz w:val="20"/>
        </w:rPr>
        <w:t xml:space="preserve">Öğrencinin öğrenme yaşantısı: </w:t>
      </w:r>
      <w:r>
        <w:rPr>
          <w:rFonts w:ascii="Times New Roman" w:hAnsi="Times New Roman" w:eastAsia="Times New Roman"/>
          <w:b w:val="0"/>
          <w:i w:val="0"/>
          <w:color w:val="000000"/>
          <w:sz w:val="20"/>
        </w:rPr>
        <w:t>Öğrenciler ürünlerini sınıfa veya eş gruba sunar. En az bir güçlü yön ve bir geliştirme önerisi alır; öneriyi değerlendirerek ürününde düzeltme yapar. Ders sonunda “Genetik şifre, aminoasitlerin doğru sırayla bir araya gelmesini nasıl sağlar?” sorusuna kendi kanıtlarına dayalı kısa yanıt verir.</w:t>
      </w:r>
    </w:p>
    <w:p>
      <w:pPr>
        <w:spacing w:after="100" w:line="259" w:lineRule="auto"/>
        <w:ind w:firstLine="255"/>
      </w:pPr>
      <w:r>
        <w:rPr>
          <w:rFonts w:ascii="Times New Roman" w:hAnsi="Times New Roman" w:eastAsia="Times New Roman"/>
          <w:b/>
          <w:i w:val="0"/>
          <w:color w:val="000000"/>
          <w:sz w:val="20"/>
        </w:rPr>
        <w:t xml:space="preserve">İzlenecek öğrenme kanıtı: </w:t>
      </w:r>
      <w:r>
        <w:rPr>
          <w:rFonts w:ascii="Times New Roman" w:hAnsi="Times New Roman" w:eastAsia="Times New Roman"/>
          <w:b w:val="0"/>
          <w:i w:val="0"/>
          <w:color w:val="000000"/>
          <w:sz w:val="20"/>
        </w:rPr>
        <w:t>Sunum veya akran değerlendirme formu, düzeltilmiş öğrenci ürünü ve çıkış bileti.</w:t>
      </w:r>
    </w:p>
    <w:p>
      <w:pPr>
        <w:pStyle w:val="Heading1"/>
        <w:keepNext/>
        <w:spacing w:before="120" w:after="60"/>
      </w:pPr>
      <w:r>
        <w:rPr>
          <w:rFonts w:ascii="Times New Roman" w:hAnsi="Times New Roman" w:eastAsia="Times New Roman"/>
          <w:b/>
          <w:i w:val="0"/>
          <w:color w:val="000000"/>
          <w:sz w:val="22"/>
        </w:rPr>
        <w:t>Farklılaştırma</w:t>
      </w:r>
    </w:p>
    <w:p>
      <w:pPr>
        <w:spacing w:after="80" w:line="259" w:lineRule="auto"/>
        <w:ind w:firstLine="255"/>
      </w:pPr>
      <w:r>
        <w:rPr>
          <w:rFonts w:ascii="Times New Roman" w:hAnsi="Times New Roman" w:eastAsia="Times New Roman"/>
          <w:b/>
          <w:i w:val="0"/>
          <w:color w:val="000000"/>
          <w:sz w:val="20"/>
        </w:rPr>
        <w:t xml:space="preserve">Destekleme: </w:t>
      </w:r>
      <w:r>
        <w:rPr>
          <w:rFonts w:ascii="Times New Roman" w:hAnsi="Times New Roman" w:eastAsia="Times New Roman"/>
          <w:b w:val="0"/>
          <w:i w:val="0"/>
          <w:color w:val="000000"/>
          <w:sz w:val="20"/>
        </w:rPr>
        <w:t>Kavramları ayırmakta veya yazılı ürün oluşturmakta zorlanan öğrencilere kavram kartı, kısmi doldurulmuş tablo, cümle başlangıcı, örnek kayıt ve öğretmen modellemesi verilir. Öğrenci öğrenmesini kısa sözlü açıklama, işaretlenmiş görsel ya da yapılandırılmış tabloyla gösterebilir. Destek, öğrenme çıktısını daraltmadan işlem basamaklarını görünür hâle getirir.</w:t>
      </w:r>
    </w:p>
    <w:p>
      <w:pPr>
        <w:spacing w:after="80" w:line="259" w:lineRule="auto"/>
        <w:ind w:firstLine="255"/>
      </w:pPr>
      <w:r>
        <w:rPr>
          <w:rFonts w:ascii="Times New Roman" w:hAnsi="Times New Roman" w:eastAsia="Times New Roman"/>
          <w:b/>
          <w:i w:val="0"/>
          <w:color w:val="000000"/>
          <w:sz w:val="20"/>
        </w:rPr>
        <w:t xml:space="preserve">Zenginleştirme: </w:t>
      </w:r>
      <w:r>
        <w:rPr>
          <w:rFonts w:ascii="Times New Roman" w:hAnsi="Times New Roman" w:eastAsia="Times New Roman"/>
          <w:b w:val="0"/>
          <w:i w:val="0"/>
          <w:color w:val="000000"/>
          <w:sz w:val="20"/>
        </w:rPr>
        <w:t>Görevi erken tamamlayan öğrenciler ikinci bir kaynak veya gözlem kaydı kullanarak ilk sonucunu sınar. Kaynaklar ya da gözlemler arasındaki benzerlik, fark ve sınırlılıkları açıklayan ek bir paragraf yazar; ulaştığı sonucun hangi durumda değişebileceğini belirtir.</w:t>
      </w:r>
    </w:p>
    <w:p>
      <w:pPr>
        <w:pStyle w:val="Heading1"/>
        <w:keepNext/>
        <w:spacing w:before="120" w:after="60"/>
      </w:pPr>
      <w:r>
        <w:rPr>
          <w:rFonts w:ascii="Times New Roman" w:hAnsi="Times New Roman" w:eastAsia="Times New Roman"/>
          <w:b/>
          <w:i w:val="0"/>
          <w:color w:val="000000"/>
          <w:sz w:val="22"/>
        </w:rPr>
        <w:t>Ölçme ve Değerlendirme</w:t>
      </w:r>
    </w:p>
    <w:p>
      <w:pPr>
        <w:spacing w:after="80" w:line="259" w:lineRule="auto"/>
        <w:ind w:firstLine="255"/>
      </w:pPr>
      <w:r>
        <w:rPr>
          <w:rFonts w:ascii="Times New Roman" w:hAnsi="Times New Roman" w:eastAsia="Times New Roman"/>
          <w:b/>
          <w:i w:val="0"/>
          <w:color w:val="000000"/>
          <w:sz w:val="20"/>
        </w:rPr>
        <w:t xml:space="preserve">Değerlendirme yaklaşımı: </w:t>
      </w:r>
      <w:r>
        <w:rPr>
          <w:rFonts w:ascii="Times New Roman" w:hAnsi="Times New Roman" w:eastAsia="Times New Roman"/>
          <w:b w:val="0"/>
          <w:i w:val="0"/>
          <w:color w:val="000000"/>
          <w:sz w:val="20"/>
        </w:rPr>
        <w:t>Ön değerlendirme cevabı, ders içi çalışma formu, öğrenci ürünü, akran kontrolü, çıkış bileti ve öğretmen gözlemi birlikte değerlendirilir. Değerlendirme yalnızca doğru cevaba değil; bilgi veya gözlem kaydının doğruluğuna, kanıt kullanımına, gerekçeye ve geri bildirim sonrasında yapılan düzeltmeye odaklanır.</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6803"/>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Gözlenecek Öğrenme Kanıtı</w:t>
            </w:r>
          </w:p>
        </w:tc>
        <w:tc>
          <w:tcPr>
            <w:tcW w:type="dxa" w:w="1417"/>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Gözlendi</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Desteğe İhtiyaç Var</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 Genetik şifre ve protein sentezi arasındaki ilişki üzerinde durulur. b. Protein sentezi açıklanırken görsel ögeler, grafik düzenleyiciler, e-öğrenme nesnesi ve uygulamalarından yararlanılır.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Bilgi, gözlem veya kaynağı uygun başlık altında ve izlenebilir biçimde kaydeder.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ile kendi yorumunu birbirinden ayırır ve sonucunu kanıtla gerekçelendirir.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Akran veya öğretmen geri bildirimi sonrasında ürününde anlamlı bir düzeltme yapar.</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Öğrenci Ürünü Değerlendirme Kaydı</w:t>
      </w:r>
    </w:p>
    <w:tbl>
      <w:tblPr>
        <w:tblW w:type="auto" w:w="0"/>
        <w:jc w:val="center"/>
        <w:tblLayout w:type="fixed"/>
        <w:tblLook w:firstColumn="1" w:firstRow="1" w:lastColumn="0" w:lastRow="0" w:noHBand="0" w:noVBand="1" w:val="04A0"/>
      </w:tblPr>
      <w:tblGrid>
        <w:gridCol w:w="2509"/>
        <w:gridCol w:w="2509"/>
        <w:gridCol w:w="2509"/>
        <w:gridCol w:w="2509"/>
      </w:tblGrid>
      <w:tr>
        <w:trPr>
          <w:tblHeader w:val="true"/>
        </w:trPr>
        <w:tc>
          <w:tcPr>
            <w:tcW w:type="dxa" w:w="4535"/>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Ölçüt</w:t>
            </w:r>
          </w:p>
        </w:tc>
        <w:tc>
          <w:tcPr>
            <w:tcW w:type="dxa" w:w="1672"/>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Başlangıç</w:t>
            </w:r>
          </w:p>
        </w:tc>
        <w:tc>
          <w:tcPr>
            <w:tcW w:type="dxa" w:w="1672"/>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Gelişiyor</w:t>
            </w:r>
          </w:p>
        </w:tc>
        <w:tc>
          <w:tcPr>
            <w:tcW w:type="dxa" w:w="1814"/>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Beklenen Düzey</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Kavramları öğrenme çıktısına uygun kullanma</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Kanıt, gözlem veya kaynağı izlenebilir biçimde gösterme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Açıklamayı gerekçe ve sınırlılıkla ilişkilendirme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r>
        <w:tc>
          <w:tcPr>
            <w:tcW w:type="dxa" w:w="250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Geri bildirim sonrasında ürünü geliştirme</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c>
          <w:tcPr>
            <w:tcW w:type="dxa" w:w="250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eastAsia="Times New Roman"/>
                <w:b w:val="0"/>
                <w:i w:val="0"/>
                <w:color w:val="000000"/>
                <w:sz w:val="20"/>
              </w:rPr>
              <w:t>□</w:t>
            </w:r>
          </w:p>
        </w:tc>
      </w:tr>
    </w:tbl>
    <w:p>
      <w:pPr>
        <w:pStyle w:val="Heading1"/>
        <w:keepNext/>
        <w:spacing w:before="120" w:after="60"/>
      </w:pPr>
      <w:r>
        <w:rPr>
          <w:rFonts w:ascii="Times New Roman" w:hAnsi="Times New Roman" w:eastAsia="Times New Roman"/>
          <w:b/>
          <w:i w:val="0"/>
          <w:color w:val="000000"/>
          <w:sz w:val="22"/>
        </w:rPr>
        <w:t>Öğrenci İzleme ve Sonraki Derse Hazırlık</w:t>
      </w:r>
    </w:p>
    <w:tbl>
      <w:tblPr>
        <w:tblW w:type="auto" w:w="0"/>
        <w:jc w:val="center"/>
        <w:tblLayout w:type="fixed"/>
        <w:tblLook w:firstColumn="1" w:firstRow="1" w:lastColumn="0" w:lastRow="0" w:noHBand="0" w:noVBand="1" w:val="04A0"/>
      </w:tblPr>
      <w:tblGrid>
        <w:gridCol w:w="3345"/>
        <w:gridCol w:w="3345"/>
        <w:gridCol w:w="3345"/>
      </w:tblGrid>
      <w:tr>
        <w:trPr>
          <w:tblHeader w:val="true"/>
        </w:trPr>
        <w:tc>
          <w:tcPr>
            <w:tcW w:type="dxa" w:w="2381"/>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İzleme Başlığı</w:t>
            </w:r>
          </w:p>
        </w:tc>
        <w:tc>
          <w:tcPr>
            <w:tcW w:type="dxa" w:w="396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Gözlem ve Kanıt</w:t>
            </w:r>
          </w:p>
        </w:tc>
        <w:tc>
          <w:tcPr>
            <w:tcW w:type="dxa" w:w="3345"/>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eastAsia="Times New Roman"/>
                <w:b/>
                <w:i w:val="0"/>
                <w:color w:val="000000"/>
                <w:sz w:val="18"/>
              </w:rPr>
              <w:t>Sonraki Derste Uygulanacak Adım</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Kavram yanılgısı veya eksik ön bilgi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Kanıt kullanma ve gerekçelendirme</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Deney, model, tablo veya şema becerisi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r>
        <w:tc>
          <w:tcPr>
            <w:tcW w:type="dxa" w:w="3345"/>
            <w:vAlign w:val="center"/>
            <w:tcBorders>
              <w:top w:val="single" w:sz="5" w:color="B7C3CE"/>
              <w:left w:val="single" w:sz="5" w:color="B7C3CE"/>
              <w:bottom w:val="single" w:sz="5" w:color="B7C3CE"/>
              <w:right w:val="single" w:sz="5" w:color="B7C3CE"/>
            </w:tcBorders>
            <w:shd w:fill="F6F9FB"/>
          </w:tcPr>
          <w:p>
            <w:pPr>
              <w:spacing w:after="0" w:line="240" w:lineRule="auto"/>
              <w:jc w:val="left"/>
            </w:pPr>
            <w:r>
              <w:rPr>
                <w:rFonts w:ascii="Times New Roman" w:hAnsi="Times New Roman" w:eastAsia="Times New Roman"/>
                <w:b w:val="0"/>
                <w:i w:val="0"/>
                <w:color w:val="000000"/>
                <w:sz w:val="17"/>
              </w:rPr>
              <w:t>Destekleme ya da zenginleştirme gereksinimi</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c>
          <w:tcPr>
            <w:tcW w:type="dxa" w:w="3345"/>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eastAsia="Times New Roman"/>
                <w:b w:val="0"/>
                <w:i w:val="0"/>
                <w:color w:val="000000"/>
                <w:sz w:val="17"/>
              </w:rPr>
              <w:t>........................................................................................................</w:t>
            </w:r>
          </w:p>
        </w:tc>
      </w:tr>
    </w:tbl>
    <w:p>
      <w:pPr>
        <w:pStyle w:val="Heading1"/>
        <w:keepNext/>
        <w:spacing w:before="120" w:after="60"/>
      </w:pPr>
      <w:r>
        <w:rPr>
          <w:rFonts w:ascii="Times New Roman" w:hAnsi="Times New Roman" w:eastAsia="Times New Roman"/>
          <w:b/>
          <w:i w:val="0"/>
          <w:color w:val="000000"/>
          <w:sz w:val="22"/>
        </w:rPr>
        <w:t>Ders Sonrası Çalışma</w:t>
      </w:r>
    </w:p>
    <w:p>
      <w:pPr>
        <w:spacing w:after="80" w:line="259" w:lineRule="auto"/>
        <w:ind w:firstLine="255"/>
      </w:pPr>
      <w:r>
        <w:rPr>
          <w:rFonts w:ascii="Times New Roman" w:hAnsi="Times New Roman" w:eastAsia="Times New Roman"/>
          <w:b/>
          <w:i w:val="0"/>
          <w:color w:val="000000"/>
          <w:sz w:val="20"/>
        </w:rPr>
        <w:t xml:space="preserve">Görev: </w:t>
      </w:r>
      <w:r>
        <w:rPr>
          <w:rFonts w:ascii="Times New Roman" w:hAnsi="Times New Roman" w:eastAsia="Times New Roman"/>
          <w:b w:val="0"/>
          <w:i w:val="0"/>
          <w:color w:val="000000"/>
          <w:sz w:val="20"/>
        </w:rPr>
        <w:t>Protein sentezinin DNA'dan proteine bilgi akışını gösteren kavram haritası hazırlanır.</w:t>
      </w:r>
    </w:p>
    <w:p>
      <w:pPr>
        <w:spacing w:after="80" w:line="259" w:lineRule="auto"/>
        <w:ind w:firstLine="255"/>
      </w:pPr>
      <w:r>
        <w:rPr>
          <w:rFonts w:ascii="Times New Roman" w:hAnsi="Times New Roman" w:eastAsia="Times New Roman"/>
          <w:b/>
          <w:i w:val="0"/>
          <w:color w:val="000000"/>
          <w:sz w:val="20"/>
        </w:rPr>
        <w:t xml:space="preserve">Kontrol ölçütü: </w:t>
      </w:r>
      <w:r>
        <w:rPr>
          <w:rFonts w:ascii="Times New Roman" w:hAnsi="Times New Roman" w:eastAsia="Times New Roman"/>
          <w:b w:val="0"/>
          <w:i w:val="0"/>
          <w:color w:val="000000"/>
          <w:sz w:val="20"/>
        </w:rPr>
        <w:t>Görevde tarih ve konu başlığı bulunur; kullanılan bilgi, gözlem veya kaynak açıkça belirtilir; sonuç en az bir kanıtla ilişkilendirilir.</w:t>
      </w:r>
    </w:p>
    <w:p>
      <w:pPr>
        <w:pStyle w:val="Heading1"/>
        <w:keepNext/>
        <w:spacing w:before="120" w:after="60"/>
      </w:pPr>
      <w:r>
        <w:rPr>
          <w:rFonts w:ascii="Times New Roman" w:hAnsi="Times New Roman" w:eastAsia="Times New Roman"/>
          <w:b/>
          <w:i w:val="0"/>
          <w:color w:val="000000"/>
          <w:sz w:val="22"/>
        </w:rPr>
        <w:t>Sınıf Defterine Yazılacak İfade</w:t>
      </w:r>
    </w:p>
    <w:p>
      <w:pPr>
        <w:spacing w:after="80" w:line="259" w:lineRule="auto"/>
        <w:ind w:firstLine="255"/>
      </w:pPr>
      <w:r>
        <w:rPr>
          <w:rFonts w:ascii="Times New Roman" w:hAnsi="Times New Roman" w:eastAsia="Times New Roman"/>
          <w:b/>
          <w:i w:val="0"/>
          <w:color w:val="000000"/>
          <w:sz w:val="20"/>
        </w:rPr>
        <w:t xml:space="preserve">Defter kaydı: </w:t>
      </w:r>
      <w:r>
        <w:rPr>
          <w:rFonts w:ascii="Times New Roman" w:hAnsi="Times New Roman" w:eastAsia="Times New Roman"/>
          <w:b w:val="0"/>
          <w:i w:val="0"/>
          <w:color w:val="000000"/>
          <w:sz w:val="20"/>
        </w:rPr>
        <w:t>12.1.2. Genetik şifre ve Protein sentezi konusu, 12.1.2.1. Protein sentezinin mekanizmasını açıklar. öğrenme çıktısı doğrultusunda protein sentezinin mekanizmasını genetik şifre ile ilişkilendirerek açıklama çalışmalarıyla işlendi.</w:t>
      </w:r>
    </w:p>
    <w:p>
      <w:pPr>
        <w:pStyle w:val="Heading1"/>
        <w:keepNext/>
        <w:spacing w:before="120" w:after="60"/>
      </w:pPr>
      <w:r>
        <w:rPr>
          <w:rFonts w:ascii="Times New Roman" w:hAnsi="Times New Roman" w:eastAsia="Times New Roman"/>
          <w:b/>
          <w:i w:val="0"/>
          <w:color w:val="000000"/>
          <w:sz w:val="22"/>
        </w:rPr>
        <w:t>Öğretmen Yansıtması</w:t>
      </w:r>
    </w:p>
    <w:p>
      <w:pPr>
        <w:spacing w:after="60"/>
      </w:pPr>
      <w:r>
        <w:rPr>
          <w:rFonts w:ascii="Times New Roman" w:hAnsi="Times New Roman" w:eastAsia="Times New Roman"/>
          <w:b w:val="0"/>
          <w:i w:val="0"/>
          <w:color w:val="000000"/>
          <w:sz w:val="20"/>
        </w:rPr>
        <w:t>Öğrencilerin güçlü olduğu bilgi, beceri veya süreç: ........................................................................................................................</w:t>
      </w:r>
    </w:p>
    <w:p>
      <w:pPr>
        <w:spacing w:after="60"/>
      </w:pPr>
      <w:r>
        <w:rPr>
          <w:rFonts w:ascii="Times New Roman" w:hAnsi="Times New Roman" w:eastAsia="Times New Roman"/>
          <w:b w:val="0"/>
          <w:i w:val="0"/>
          <w:color w:val="000000"/>
          <w:sz w:val="20"/>
        </w:rPr>
        <w:t>En çok zorlanılan kavram ya da işlem basamağı: ..............................................................................................................................</w:t>
      </w:r>
    </w:p>
    <w:p>
      <w:pPr>
        <w:spacing w:after="60"/>
      </w:pPr>
      <w:r>
        <w:rPr>
          <w:rFonts w:ascii="Times New Roman" w:hAnsi="Times New Roman" w:eastAsia="Times New Roman"/>
          <w:b w:val="0"/>
          <w:i w:val="0"/>
          <w:color w:val="000000"/>
          <w:sz w:val="20"/>
        </w:rPr>
        <w:t>Bir sonraki derste uygulanacak destekleme veya düzenleme: .............................................................................................................</w:t>
      </w:r>
    </w:p>
    <w:p>
      <w:pPr>
        <w:spacing w:before="160" w:after="0"/>
        <w:jc w:val="center"/>
      </w:pPr>
      <w:r>
        <w:rPr>
          <w:rFonts w:ascii="Times New Roman" w:hAnsi="Times New Roman" w:eastAsia="Times New Roman"/>
          <w:b w:val="0"/>
          <w:i w:val="0"/>
          <w:color w:val="000000"/>
          <w:sz w:val="20"/>
        </w:rPr>
        <w:t>2 Kasım 2026</w:t>
        <w:br/>
      </w:r>
      <w:r>
        <w:rPr>
          <w:rFonts w:ascii="Times New Roman" w:hAnsi="Times New Roman" w:eastAsia="Times New Roman"/>
          <w:b/>
          <w:i w:val="0"/>
          <w:color w:val="000000"/>
          <w:sz w:val="21"/>
        </w:rPr>
        <w:t>Ders Öğretmeni</w:t>
        <w:br/>
      </w:r>
      <w:r>
        <w:rPr>
          <w:rFonts w:ascii="Times New Roman" w:hAnsi="Times New Roman" w:eastAsia="Times New Roman"/>
          <w:b w:val="0"/>
          <w:i w:val="0"/>
          <w:color w:val="000000"/>
          <w:sz w:val="20"/>
        </w:rPr>
        <w:t>........................................................</w:t>
        <w:br/>
        <w:t>İmza</w:t>
      </w:r>
    </w:p>
    <w:sectPr w:rsidR="00FC693F" w:rsidRPr="0006063C" w:rsidSect="00034616">
      <w:pgSz w:w="11906" w:h="16838"/>
      <w:pgMar w:top="822" w:right="935" w:bottom="765" w:left="93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59" w:lineRule="auto"/>
      <w:outlineLvl w:val="0"/>
    </w:pPr>
    <w:rPr>
      <w:rFonts w:asciiTheme="majorHAnsi" w:eastAsiaTheme="majorEastAsia" w:hAnsiTheme="majorHAnsi" w:cstheme="majorBidi" w:ascii="Times New Roman" w:hAnsi="Times New Roman"/>
      <w:b/>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80" w:line="259" w:lineRule="auto"/>
      <w:outlineLvl w:val="1"/>
    </w:pPr>
    <w:rPr>
      <w:rFonts w:asciiTheme="majorHAnsi" w:eastAsiaTheme="majorEastAsia" w:hAnsiTheme="majorHAnsi" w:cstheme="majorBidi" w:ascii="Times New Roman" w:hAnsi="Times New Roman"/>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Biyoloji 8. Hafta Günlük Plan / Ders Planı</dc:title>
  <dc:subject>12. Sınıf Biyoloji Günlük Plan / Ders Planı</dc:subject>
  <dc:creator/>
  <cp:keywords>12. sınıf biyoloji, günlük plan, ders planı, 2026-2027, Türkiye Yüzyılı Maarif Modeli</cp:keywords>
  <dc:description>generated by python-docx</dc:description>
  <cp:lastModifiedBy/>
  <cp:revision>1</cp:revision>
  <dcterms:created xsi:type="dcterms:W3CDTF">2013-12-23T23:15:00Z</dcterms:created>
  <dcterms:modified xsi:type="dcterms:W3CDTF">2013-12-23T23:15:00Z</dcterms:modified>
  <cp:category/>
</cp:coreProperties>
</file>