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GELECEKTE ŞEHİR VE EKONOMİ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Nüfus, yerleşme ve ekonomik faaliyetlerde gelecekte olabilecek değişimlerle ilgili çıkarımlarda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Teknolojik değişimler ve doğa ilişkisine ait örneklerden yararlanılarak doğa ve uzayın kullanımına ait değerlendirmelere yer verilir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“GELECEKTE ŞEHİR VE EKONOMİ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“GELECEKTE ŞEHİR VE EKONOMİ”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gelecekte şehi̇r ve ekonomi̇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“12.2.3. Nüfus, yerleşme ve ekonomik faaliyetlerde gelecekte olabilecek değişimlerle ilgili çıkarımlarda bulunur.”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gelecekte şehi̇r ve ekonomi̇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Nüfus, yerleşme ve ekonomik faaliyetlerde gelecekte olabilecek değişimlerle ilgili çıkarımlarda bulunur.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GELECEKTE ŞEHİR VE EKONOMİ konusu, 12.2.3. Nüfus, yerleşme ve ekonomik faaliyetlerde gelecekte olabilecek değişimlerle ilgili çıkarımlarda bulunur.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19.10.2026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