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LİSESİ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12.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1.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12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14-18 Eylül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6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14 Eylül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Sayılar ve Cebir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Üstel ve Logaritmik Fonksiyonlar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12.1.1.1. Üstel fonksiyonu açıklar.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Üslü ifadeleri hatırlama, üstel fonksiyonlara duyulan ihtiyacı fark etme, üstel fonksiyonun bire bir ve örten yapısını grafik yardımıyla inceleme.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üslü ifadeleri ve üslü ifadelerle yapılan işlemleri kullanabildiği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“Bir niceliğin eşit zaman aralıklarında aynı oranda değişmesi hangi fonksiyonla açıklanabilir?”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Nüfus artışı, bileşik büyüme ve radyoaktif bozunma gibi değişimin üstel biçimde modellendiği durumlarla ilişki kurulur.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Grafik kâğıdı, fonksiyon kartları, elektronik tablo veya grafik uygulaması, çalışma kâğıdı, hesap makinesi ve akıllı tahta.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6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“Bir niceliğin eşit zaman aralıklarında aynı oranda değişmesi hangi fonksiyonla açıklanabilir?”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üslü ifade hatırlatma, grafik oluşturma, parametre değişimini inceleme ve fonksiyon özelliklerini karşılaştırma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üstel ve logaritmik fonksiyonlar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Nüfus artışı, bileşik büyüme ve radyoaktif bozunma gibi değişimin üstel biçimde modellendiği durumlarla ilişki kurulur.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üstel fonksiyon grafiği, parametre karşılaştırma tablosu ve gerekçeli açıklama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Üstel fonksiyon grafiği, parametre karşılaştırma tablosu ve gerekçeli açıklama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üstel fonksiyon grafiği, parametre karşılaştırma tablosu ve gerekçeli açıklama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Beşinci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Önceki öğrenmeleri ilişkilendirme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haftanın çalışmalarından seçilmiş iki farklı çözüm yolunu karşılaştırmaya açar. Öğrencilerden kullanılan temsil, işlem veya gerekçedeki ortak yönleri belirtmelerini ister.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çözümü ile örnek çözümleri karşılaştırır; hangi adımın sonucu güvenilir kıldığını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Karşılaştırma notu ve sözlü gerekçe.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görevi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üstel ve logaritmik fonksiyonlar kapsamındaki öğrenme çıktısını yeni bir bağlamda kullanmayı gerektiren kısa uygulama görevi verir; gerektiğinde somut materyal ve yönlendirici sorularla destek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uygun matematiksel temsili seçer, çözümünü veya çıkarımını kayıt altına alır ve sonucu kontrol 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uygulama ürünü.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Haftalık öğrenme değerlendirmesi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ölçme kanıtlarını gözden geçirir; sonraki hafta için tekrar, destekleme veya zenginleştirme ihtiyacını not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haftanın öğrenme hedefiyle ilgili öz değerlendirme yapar ve bir sonraki çalışmaya hazırlık sorusunu yanıtlar.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Öz değerlendirme ve öğretmen gözlem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Altıncı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Uygulama, kontrol ve tamamlayıcı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haftanın öğrenme çıktısına uygun kısa bir problem veya veri yorumlama görevi verir; kullanılan matematiksel temsil ile gerekçe arasındaki ilişkiyi izler.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çözüm veya inceleme adımlarını düzenler; sonucunu farklı bir gösterim, kontrol işlemi ya da akran açıklamasıyla sınar.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Çözüm yolu, kontrol adımı ve gerekçeli sonuç.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ve bireysel tamamlama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öğrenci ürünlerinden seçilen örnekler üzerinden doğru yaklaşımı, yaygın yanılgıyı ve geliştirme adımını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ürününü ölçütlere göre gözden geçirir; gerekirse düzeltme yapar ve eksik kalan adımı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Düzeltilmiş öğrenci ürünü ve öz değerlendirme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Haftayı kapatma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bir sonraki haftanın içeriğine geçişi sağlayacak kısa bir hazırlık sorusu yöneltir ve destekleme ihtiyacını kaydeder.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haftanın temel ilişkisini bir cümleyle özetler ve sonraki öğrenmeye ilişkin sorusunu yazar.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Kapanış notu ve sonraki haftaya hazırlık sorusu.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üstel ve logaritmik fonksiyonlar ile ilgili yeni bir örnek tasarlamaları, kullandıkları matematiksel ilişkiyi ve gerekçesini açıklamaları istenir.</w:t>
      </w:r>
    </w:p>
    <w:p>
      <w:r>
        <w:br w:type="page"/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Üstel fonksiyonu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Üstel fonksiyonun özellikleri grafik ve gerçek yaşam bağlamları üzerinden incelendi.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14 Eylül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12. Sınıf Matematik 1.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