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MATEMATİK DERS PLANI</w:t>
      </w:r>
    </w:p>
    <w:p>
      <w:pPr>
        <w:pStyle w:val="Title"/>
        <w:spacing w:after="18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3.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28 Eylül-2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28 Eylül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Cebir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Üstel ve Logaritmik Fonksiyonlar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12.1.2.1. Logaritma fonksiyonu ile üstel fonksiyonu ilişkilendirerek problemler çözer.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Logaritma fonksiyonunun artan-azalan davranışını tabana göre inceleme, grafiklerden yararlanarak özellikleri yorumlama ve üstel-logaritmik ilişki içeren problemler çözme.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logaritmanın üstel fonksiyonla ters ilişki içinde olduğunu gösteren grafik okuyabildiği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“Logaritmanın tabanı değiştiğinde grafik ve fonksiyonun artan-azalan davranışı nasıl değişir?”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Deprem büyüklüğü, ses şiddeti ve ölçeklendirme örnekleri üzerinden logaritmik gösterimin çok büyük ya da çok küçük değişimleri karşılaştırmadaki işlevi vurgulanır.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Grafik kâğıdı, fonksiyon kartları, hesap makinesi, dinamik grafik uygulaması, çalışma kâğıdı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6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“Logaritmanın tabanı değiştiğinde grafik ve fonksiyonun artan-azalan davranışı nasıl değişir?”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grafik karşılaştırma, fonksiyon özelliklerini tabloya aktarma, problem modelleme ve çözüm kontrolü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üstel ve logaritmik fonksiyonlar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Deprem büyüklüğü, ses şiddeti ve ölçeklendirme örnekleri üzerinden logaritmik gösterimin çok büyük ya da çok küçük değişimleri karşılaştırmadaki işlevi vurgulanır.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grafik yorumlama tablosu, gerekçeli problem çözümü ve sonuç kontrolü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Grafik yorumlama tablosu, gerekçeli problem çözümü ve sonuç kontrolü</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grafik yorumlama tablosu, gerekçeli problem çözümü ve sonuç kontrolü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üstel ve logaritmik fonksiyonlar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2"/>
        <w:keepNext/>
      </w:pPr>
      <w:r>
        <w:rPr>
          <w:rFonts w:ascii="Times New Roman" w:hAnsi="Times New Roman"/>
          <w:b/>
          <w:color w:val="000000"/>
          <w:sz w:val="21"/>
        </w:rPr>
        <w:t>Altıncı Ders Saati</w:t>
      </w:r>
    </w:p>
    <w:p>
      <w:pPr>
        <w:pStyle w:val="Stage"/>
      </w:pPr>
      <w:r>
        <w:rPr>
          <w:rFonts w:ascii="Times New Roman" w:hAnsi="Times New Roman"/>
          <w:b/>
          <w:color w:val="000000"/>
          <w:sz w:val="20"/>
        </w:rPr>
        <w:t>Uygulama, kontrol ve tamamlayıcı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öğrenme çıktısına uygun kısa bir problem veya veri yorumlama görevi verir; kullanılan matematiksel temsil ile gerekçe arasındaki ilişkiyi izler.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 veya inceleme adımlarını düzenler; sonucunu farklı bir gösterim, kontrol işlemi ya da akran açıklamasıyla sınar.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yolu, kontrol adımı ve gerekçeli sonuç.</w:t>
      </w:r>
    </w:p>
    <w:p>
      <w:pPr>
        <w:pStyle w:val="Stage"/>
      </w:pPr>
      <w:r>
        <w:rPr>
          <w:rFonts w:ascii="Times New Roman" w:hAnsi="Times New Roman"/>
          <w:b/>
          <w:color w:val="000000"/>
          <w:sz w:val="20"/>
        </w:rPr>
        <w:t>Geri bildirim ve bireysel tamamlama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ürünlerinden seçilen örnekler üzerinden doğru yaklaşımı, yaygın yanılgıyı ve geliştirme adımını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ürününü ölçütlere göre gözden geçirir; gerekirse düzeltme yapar ve eksik kalan adımı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ve öz değerlendirme notu.</w:t>
      </w:r>
    </w:p>
    <w:p>
      <w:pPr>
        <w:pStyle w:val="Stage"/>
      </w:pPr>
      <w:r>
        <w:rPr>
          <w:rFonts w:ascii="Times New Roman" w:hAnsi="Times New Roman"/>
          <w:b/>
          <w:color w:val="000000"/>
          <w:sz w:val="20"/>
        </w:rPr>
        <w:t>Haftayı kapatma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sonraki haftanın içeriğine geçişi sağlayacak kısa bir hazırlık sorusu yöneltir ve destekleme ihtiyacını kaydeder.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temel ilişkisini bir cümleyle özetler ve sonraki öğrenmeye ilişkin sorusunu yazar.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Kapanış notu ve sonraki haftaya hazırlık sorusu.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üstel ve logaritmik fonksiyonlar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Logaritma fonksiyonu ile üstel fonksiyonu ilişkilendirerek problemler çözer.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Logaritma fonksiyonu üstel fonksiyonla ilişkilendirilerek grafik ve problem bağlamında değerlendirildi.</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28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Matematik 3.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