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LİSESİ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12.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5-9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4+2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Cebir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Üstel ve Logaritmik Fonksiyonlar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12.1.2.2 ve 12.1.2.3. 10 ve e tabanında logaritma fonksiyonunu tanımlayarak problemler çözer; logaritma fonksiyonunun özelliklerini kullanarak işlemler yapar.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Yıllık plandaki dört saatlik 10 ve e tabanlı logaritma çalışmasını iki saatlik logaritma özellikleriyle birleştirme; uygun gösterimi seçme ve işlemleri gerekçelendirme.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logaritma fonksiyonunun tabanına göre değişimini ve temel grafik özelliklerini ayırt edebildiği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problemde 10 tabanı, e tabanı veya genel tabanlı logaritmadan hangisini neye göre seçeriz?”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Bilimsel hesaplama, çok büyük-küçük nicelikleri ifade etme ve doğal büyüme modelleri üzerinden 10 ve e tabanının kullanım bağlamları fark ettirilir.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Hesap makinesi, logaritma tabloları, çalışma kâğıdı, fonksiyon kartları, grafik uygulaması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4+2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problemde 10 tabanı, e tabanı veya genel tabanlı logaritmadan hangisini neye göre seçeriz?”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dört saat taban seçimi ve problem çözme; iki saat logaritma özellikleriyle işlem yapma ve doğrulama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üstel ve logaritmik fonksiyonlar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Bilimsel hesaplama, çok büyük-küçük nicelikleri ifade etme ve doğal büyüme modelleri üzerinden 10 ve e tabanının kullanım bağlamları fark ettirilir.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taban seçimini gerekçelendiren problem çözümü ve logaritma işlem kontrol listesi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Taban seçimini gerekçelendiren problem çözümü ve logaritma işlem kontrol listesi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taban seçimini gerekçelendiren problem çözümü ve logaritma işlem kontrol listesi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üstel ve logaritmik fonksiyonlar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Altıncı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Uygulama, kontrol ve tamamlayıcı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öğrenme çıktısına uygun kısa bir problem veya veri yorumlama görevi verir; kullanılan matematiksel temsil ile gerekçe arasındaki ilişkiyi izler.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çözüm veya inceleme adımlarını düzenler; sonucunu farklı bir gösterim, kontrol işlemi ya da akran açıklamasıyla sınar.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Çözüm yolu, kontrol adımı ve gerekçeli sonuç.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ve bireysel tamamlama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öğrenci ürünlerinden seçilen örnekler üzerinden doğru yaklaşımı, yaygın yanılgıyı ve geliştirme adımını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ürününü ölçütlere göre gözden geçirir; gerekirse düzeltme yapar ve eksik kalan adımı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Düzeltilmiş öğrenci ürünü ve öz değerlendirme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Haftayı kapatma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bir sonraki haftanın içeriğine geçişi sağlayacak kısa bir hazırlık sorusu yöneltir ve destekleme ihtiyacını kaydeder.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temel ilişkisini bir cümleyle özetler ve sonraki öğrenmeye ilişkin sorusunu yazar.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Kapanış notu ve sonraki haftaya hazırlık sorusu.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üstel ve logaritmik fonksiyonlar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ve e tabanında logaritma fonksiyonunu tanımlayarak problemler çözer; logaritma fonksiyonunun özelliklerini kullanarak işlemler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10 ve e tabanında logaritma fonksiyonları tanımlandı; logaritma özellikleri işlemlerde kullanıldı.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5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Matematik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