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2+4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12.1.2.3 ve 12.1.3.1. Logaritma fonksiyonunun özelliklerini kullanarak işlemler yapar; üstel ve logaritmik denklemlerin ve eşitsizliklerin çözüm kümelerini bulur.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Logaritma özellikleriyle işlemleri tamamlayıp üstel ve logaritmik denklemler ile eşitsizliklerin çözüm kümelerini bulmaya geçme.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logaritma özelliklerini kullanarak eşdeğer ifadeler oluşturabildiği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üstel veya logaritmik denklemin çözümünü bulduktan sonra sonucu neden tanım koşullarıyla kontrol etmeliyiz?”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Birden fazla çözüm yolunun aynı çözüm kümesine ulaşıp ulaşmadığı; tanım koşullarının çözüm kontrolündeki rolü örneklerle tartışılır.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İşlem kartları, fonksiyon grafikleri, çalışma kâğıdı, hesap makinesi, eşitsizlik şeridi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2+4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üstel veya logaritmik denklemin çözümünü bulduktan sonra sonucu neden tanım koşullarıyla kontrol etmeliyiz?”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saat logaritma işlemi pekiştirme; dört saat denklem-eşitsizlik çözme, tanım kümesi kontrolü ve çözüm karşılaştırma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üstel ve logaritmik fonksiyonlar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Birden fazla çözüm yolunun aynı çözüm kümesine ulaşıp ulaşmadığı; tanım koşullarının çözüm kontrolündeki rolü örneklerle tartışılır.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çözüm kümesi, tanım koşulu kontrolü ve gerekçeli çözüm yolu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kümesi, tanım koşulu kontrolü ve gerekçeli çözüm yolu</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çözüm kümesi, tanım koşulu kontrolü ve gerekçeli çözüm yolu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 ve logaritmik fonksiyonlar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üstel ve logaritmik fonksiyonlar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Logaritma fonksiyonunun özelliklerini kullanarak işlemler yapar; üstel ve logaritmik denklemlerin ve eşitsizliklerin çözüm kümelerini bulur.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Logaritma özellikleri pekiştirildi; üstel ve logaritmik denklemler ile eşitsizliklerin çözüm kümeleri bulundu.</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