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MATEMATİK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 Kasım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2+4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Kasım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Cebir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12.2.1.2 ve 12.2.1.3. Genel terimi veya indirgeme bağıntısı verilen bir sayı dizisinin terimlerini bulur; aritmetik ve geometrik dizilerin özelliklerini kullanarak işlemler yapar.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 terimlerini genel terim ve indirgeme bağıntısından bulmayı pekiştirip aritmetik ve geometrik dizilerin özelliklerini kullanarak işlem yapma.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genel terim, indirgeme bağıntısı ve ardışık terim ilişkisini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dizinin aritmetik mi geometrik mi olduğuna hangi özellikleri inceleyerek karar veririz?”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Eşit farkla ve eşit oranla değişen durumların farklı dizi türleri oluşturduğu; tablo ve grafikle karşılaştırmanın bu ayrımı güçlendirdiği gösterilir.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Dizi kartları, elektronik tablo, hesap makinesi, çalışma kâğıdı, grafik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2+4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dizinin aritmetik mi geometrik mi olduğuna hangi özellikleri inceleyerek karar veririz?”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saat dizi terimi pekiştirme; dört saat aritmetik-geometrik dizi karşılaştırma, işlem ve örüntü açıklama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diziler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Eşit farkla ve eşit oranla değişen durumların farklı dizi türleri oluşturduğu; tablo ve grafikle karşılaştırmanın bu ayrımı güçlendirdiği gösterilir.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dizi sınıflandırma tablosu, hesaplama süreci ve gerekçeli karşılaştırma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Dizi sınıflandırma tablosu, hesaplama süreci ve gerekçeli karşılaştırma</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dizi sınıflandırma tablosu, hesaplama süreci ve gerekçeli karşılaştırma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diziler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diziler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Genel terimi veya indirgeme bağıntısı verilen bir sayı dizisinin terimlerini bulur; aritmetik ve geometrik dizilerin özelliklerini kullanarak işlemler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Dizi terimleri pekiştirildi; aritmetik ve geometrik dizilerin özellikleri işlemlerde kullanıldı.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Matematik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