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12. SINIF T.C. İNKILAP TARIHI VE ATATÜRKÇÜLÜK DERS PLANI</w:t>
      </w:r>
    </w:p>
    <w:p>
      <w:pPr>
        <w:pStyle w:val="Title"/>
        <w:spacing w:after="180"/>
      </w:pPr>
      <w:r>
        <w:rPr>
          <w:rFonts w:ascii="Times New Roman" w:hAnsi="Times New Roman"/>
          <w:b/>
          <w:color w:val="000000"/>
          <w:sz w:val="24"/>
        </w:rPr>
        <w:t>8.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T.C. İnkılap Tarihi ve Atatürkçülük</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8.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2-6 Kasım</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Kasım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2.ÜNİTE: MİLLÎ MÜCADELE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Millî Mücadele’ye Hazırlık</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2.1. Kuvay-ı Millîye hareketinin oluşumundan Büyük Millet Meclisinin açılışına kadar olan süreçte meydana gelen gelişmeleri açıklar.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 Millî cemiyetler ve millî varlığa düşman cemiyetler üzerinde durulur. Pontus Meselesi kısaca ele alınır. ç) Havza ve Amasya Genelgeleri, yerel kongreler ile Erzurum ve Sivas Kongrelerinin millî hâkimiyet ve millî birliğin sağlanması açısından önemi vurgulanır.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Zamanı algılama ve kronolojik düşünme, kanıta dayalı sorgulama, tarihsel empati, değişim ve sürekliliği anlama.</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ilgili döneme ait temel zaman, mekân, olay ve kavram bilgilerine önceki öğrenmelerinden aşina olduğu kabul edilir. Ön bilgi farklılıkları kısa soru, görsel ve zaman şeridi çalışmalarıyla belirlenir.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“Millî Mücadele’ye Hazırlık başlığını anlamlandırmak için hangi kaynaklara, kavramlara ve tarihsel bağlama ihtiyaç duyarız?” sorusu yöneltilir. Cevaplar puanlama amacıyla değil, ders içi destekleme ihtiyacını belirlemek için kullanılır.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güvenilir tarihî metin ve görseller, harita, zaman şeridi, çalışma kâğıdı, kaynak inceleme formu, akıllı tahta ve gerektiğinde dijital arşiv örnekleri.</w:t>
      </w:r>
    </w:p>
    <w:p>
      <w:pPr>
        <w:spacing w:after="8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Kaynağın üreticisi, zamanı, amacı ve bağlamı üzerinde durulur. Dijital kaynaklar öğretmen rehberliğinde seçilir; öğrenciler tarihî bilgiyi tek kaynaktan kesin hüküm gibi kullanmak yerine kanıtları karşılaştırmaya yönlendirilir.</w:t>
      </w:r>
    </w:p>
    <w:p>
      <w:pPr>
        <w:pStyle w:val="Heading1"/>
        <w:keepNext/>
      </w:pPr>
      <w:r>
        <w:rPr>
          <w:rFonts w:ascii="Times New Roman" w:hAnsi="Times New Roman"/>
          <w:b/>
          <w:color w:val="000000"/>
          <w:sz w:val="22"/>
        </w:rPr>
        <w:t>Öğrenme Öğretme Süreci</w:t>
      </w:r>
    </w:p>
    <w:p>
      <w:pPr>
        <w:spacing w:after="8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T.C. İnkılap Tarihi ve Atatürkçülük dersinde ele alınacak “Millî Mücadele’ye Hazırlık” başlığını görünür hâle getiren kısa bir görsel, zaman şeridi veya kaynak parçası sunar. Öğrencilerin ilk açıklamalarını not vermek için değil, hazırbulunuşluk düzeyini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görsel, zaman şeridi veya kaynak parçasından hareketle ne bildiğini ve hangi soruya cevap aradığını paylaşır.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öğrencinin ilk açıklaması ve öğretmen gözlem notu.</w:t>
      </w:r>
    </w:p>
    <w:p>
      <w:pPr>
        <w:spacing w:before="100" w:after="40"/>
      </w:pPr>
      <w:r>
        <w:rPr>
          <w:rFonts w:ascii="Times New Roman" w:hAnsi="Times New Roman"/>
          <w:b/>
          <w:color w:val="000000"/>
          <w:sz w:val="20"/>
        </w:rPr>
        <w:t>Kaynak İnceleme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millî mücadele’ye hazırlık ile ilgili farklı türde kaynakları karşılaştırmak için yönlendirici sorular verir. Bilginin kaynağı, zamanı, bağlamı ve kanıt değeri üzerinde durur.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kaynaklarda geçen kişi, olay, kavram ve zaman ilişkilerini işaretler; benzerlik ve farklılıkları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Kaynak inceleme notu, kavram eşleştirmesi ve gerekçeli kısa açıklama.</w:t>
      </w:r>
    </w:p>
    <w:p>
      <w:pPr>
        <w:spacing w:before="100" w:after="40"/>
      </w:pPr>
      <w:r>
        <w:rPr>
          <w:rFonts w:ascii="Times New Roman" w:hAnsi="Times New Roman"/>
          <w:b/>
          <w:color w:val="000000"/>
          <w:sz w:val="20"/>
        </w:rPr>
        <w:t>Tarihsel Muhakeme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2.1. Kuvay-ı Millîye hareketinin oluşumundan Büyük Millet Meclisinin açılışına kadar olan süreçte meydana gelen gelişmeleri açıklar. öğrenme çıktısıyla uyumlu olarak neden-sonuç, değişim-süreklilik veya karşılaştırma çalışmasını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tarihî kanıtı kullanarak olaylar ve sonuçlar arasında ilişki kurar; ulaştığı yargıyı kanıtla destekler.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tablosu, neden-sonuç şeması veya kanıta dayalı yargı metni.</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farklı öğrenci ürünlerini ölçütlerle karşılaştırır; doğru tarihsel bağlam kurma, kanıt kullanma ve gerekçelendirme bakımından dönüt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 güçlü bulduğu bir yönü ve geliştireceği bir noktayı belirtir; gerekirse açıklamasını yeniden düzenler.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çıkış bileti ve öz değerlendirme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zaman sırası veya neden-sonuç ilişkisinde desteğe ihtiyaç duyan öğrenciler için kısa kaynak parçaları, işaretlenmiş zaman şeridi, kavram kartları, kısmi doldurulmuş tablo ve öğretmen modellemesi kullanılır. Öğrenci öğrenmesini yazılı, görsel veya sözlü biçimde gösterebilir.</w:t>
      </w:r>
    </w:p>
    <w:p>
      <w:pPr>
        <w:spacing w:after="8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millî mücadele’ye hazırlık ile ilgili ikinci bir kaynağı incelemeleri, kaynakların bakış açısını karşılaştırmaları ve kanıta dayalı kısa bir değerlendirme yazmaları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kaynak inceleme formu, öğrenci ürünü, akran ve öz değerlendirme ile çıkış bileti birlikte kullanılır. Değerlendirmede yalnız sonuç değil, kanıt seçme, tarihsel bağlam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2.1. Kuvay-ı Millîye hareketinin oluşumundan Büyük Millet Meclisinin açılışına kadar olan süreçte meydana gelen gelişmeleri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Tarihsel bilgi ile kaynağı ve bağlamı arasında ilişki kurar.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Neden-sonuç, değişim-süreklilik veya karşılaştırma yargısını kanıtla destekler.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8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Millî Mücadele’ye Hazırlık konusu, 2.1. Kuvay-ı Millîye hareketinin oluşumundan Büyük Millet Meclisinin açılışına kadar olan süreçte meydana gelen gelişmeleri açıklar. öğrenme çıktısı doğrultusunda kaynak inceleme, tarihsel bağlam kurma ve kanıta dayalı değerlendirme çalışmalarıyla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ilişki: ........................................................................................................................</w:t>
      </w:r>
    </w:p>
    <w:p>
      <w:pPr>
        <w:spacing w:after="40"/>
      </w:pPr>
      <w:r>
        <w:rPr>
          <w:rFonts w:ascii="Times New Roman" w:hAnsi="Times New Roman"/>
          <w:b w:val="0"/>
          <w:color w:val="000000"/>
          <w:sz w:val="20"/>
        </w:rPr>
        <w:t>Sonraki uygulamada korunacak ya da değiştirilecek öğretim adımı / destekleme ihtiyacı: ......................................................................................</w:t>
      </w:r>
    </w:p>
    <w:p>
      <w:pPr>
        <w:spacing w:before="40" w:after="0"/>
      </w:pPr>
      <w:r>
        <w:rPr>
          <w:rFonts w:ascii="Times New Roman" w:hAnsi="Times New Roman"/>
          <w:b/>
          <w:color w:val="000000"/>
          <w:sz w:val="21"/>
        </w:rPr>
        <w:t>İmza</w:t>
      </w:r>
    </w:p>
    <w:p>
      <w:pPr>
        <w:spacing w:after="0"/>
        <w:jc w:val="center"/>
      </w:pPr>
      <w:r>
        <w:rPr>
          <w:rFonts w:ascii="Times New Roman" w:hAnsi="Times New Roman"/>
          <w:b w:val="0"/>
          <w:color w:val="000000"/>
          <w:sz w:val="20"/>
        </w:rPr>
        <w:t>2 Kasım 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709" w:right="1020" w:bottom="709"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T.C. İnkılap Tarihi ve Atatürkçülük 8.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