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7.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26-30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anlatım tekniklerinden yararlanarak hikâye ve küçürek hikâye yazma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yazma; küçürek hikâye oluşturma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İncelediği hikâyelerdeki anlatım tekniklerinden yararlanarak özgün bir hikâye oluşturur; küçürek hikâye yazar.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taslağı, anlatım tekniği planı, küçürek hikâye denemesi ve akran dönütü.</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anlatım tekniklerinden yararlanarak hikâye ve küçürek hikâye yazma.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incelenen hikâyelerdeki anlatım tekniklerinden en az ikisini kullanarak bir hikâye; sınırlı sözcükle yoğun anlam kuracak bir küçürek hikâye taslağı oluşturma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Hikâye taslağı, anlatım tekniği planı, küçürek hikâye denemesi ve akran dönütü.</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Anlatım tekniklerinden yararlanılarak hikâye ve küçürek hikâye yazma çalışmaları yapıldı.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26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7.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