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İLKOKULU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4. SINIF SOSYAL BİLGİLER DERS PLANI</w:t>
      </w:r>
    </w:p>
    <w:p>
      <w:pPr>
        <w:pStyle w:val="Title"/>
        <w:spacing w:after="180"/>
      </w:pPr>
      <w:r>
        <w:rPr>
          <w:rFonts w:ascii="Times New Roman" w:hAnsi="Times New Roman" w:eastAsia="Times New Roman"/>
          <w:b/>
          <w:color w:val="000000"/>
          <w:sz w:val="24"/>
        </w:rPr>
        <w:t>2. HAFTA</w:t>
      </w:r>
    </w:p>
    <w:tbl>
      <w:tblPr>
        <w:tblW w:type="auto" w:w="0"/>
        <w:jc w:val="center"/>
        <w:tblLayout w:type="fixed"/>
        <w:tblLook w:firstColumn="1" w:firstRow="1" w:lastColumn="0" w:lastRow="0" w:noHBand="0" w:noVBand="1" w:val="04A0"/>
      </w:tblPr>
      <w:tblGrid>
        <w:gridCol w:w="2452"/>
        <w:gridCol w:w="2452"/>
        <w:gridCol w:w="2452"/>
        <w:gridCol w:w="2452"/>
      </w:tblGrid>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Sosyal Bilgiler</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4 / ............</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 Hafta</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Uygulama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21-25 Eylül 2026</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3 ders saati</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Düzenleme Tarihi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21 Eylül 2026 Pazartesi</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Ders Planı</w:t>
            </w:r>
          </w:p>
        </w:tc>
      </w:tr>
      <w:tr>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Dersin Gün ve Saati</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Okul ders çizelgesine göre</w:t>
            </w:r>
          </w:p>
        </w:tc>
        <w:tc>
          <w:tcPr>
            <w:tcW w:type="dxa" w:w="1956"/>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9"/>
              </w:rPr>
              <w:t>........................................................</w:t>
            </w:r>
          </w:p>
        </w:tc>
      </w:tr>
    </w:tbl>
    <w:p>
      <w:pPr>
        <w:spacing w:after="0"/>
      </w:pPr>
    </w:p>
    <w:p>
      <w:pPr>
        <w:pStyle w:val="Heading1"/>
        <w:keepNext/>
      </w:pPr>
      <w:r>
        <w:rPr>
          <w:rFonts w:ascii="Times New Roman" w:hAnsi="Times New Roman" w:eastAsia="Times New Roman"/>
          <w:b/>
          <w:color w:val="000000"/>
          <w:sz w:val="22"/>
        </w:rPr>
        <w:t>Yıllık Planla Uyumlu Öğretim Çerçevesi</w:t>
      </w:r>
    </w:p>
    <w:tbl>
      <w:tblPr>
        <w:tblW w:type="auto" w:w="0"/>
        <w:jc w:val="center"/>
        <w:tblLayout w:type="fixed"/>
        <w:tblLook w:firstColumn="1" w:firstRow="1" w:lastColumn="0" w:lastRow="0" w:noHBand="0" w:noVBand="1" w:val="04A0"/>
      </w:tblPr>
      <w:tblGrid>
        <w:gridCol w:w="4904"/>
        <w:gridCol w:w="4904"/>
      </w:tblGrid>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Öğrenme Alanı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Birey ve Toplum</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Konu / İçerik</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Yaşamdaki Olayları Kronolojik Sıraya Koyma</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SB.4.1.2. Yaşamına ilişkin belli başlı olayları kronolojik sıraya koyar.</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Kazanım Açıklaması</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Öğrencinin yaşamındaki veya kurmaca bir kişinin yaşamındaki belli başlı olayları önce-sonra ilişkisi içinde sıralaması sağlanır. Kişisel deneyim paylaşımı zorunlu tutulmaz.</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Beceriler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Sıralama, zaman bildiren ifadeleri kullanma, gerekçelendirme ve görsel-zaman şeridi okuma.</w:t>
            </w:r>
          </w:p>
        </w:tc>
      </w:tr>
      <w:tr>
        <w:tc>
          <w:tcPr>
            <w:tcW w:type="dxa" w:w="2268"/>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7E7E7" w:val="clear"/>
          </w:tcPr>
          <w:p>
            <w:pPr>
              <w:spacing w:before="0" w:after="0" w:line="240" w:lineRule="auto"/>
              <w:jc w:val="left"/>
            </w:pPr>
            <w:r>
              <w:rPr>
                <w:rFonts w:ascii="Times New Roman" w:hAnsi="Times New Roman" w:eastAsia="Times New Roman"/>
                <w:b/>
                <w:color w:val="000000"/>
                <w:sz w:val="18"/>
              </w:rPr>
              <w:t>Değerler</w:t>
            </w:r>
          </w:p>
        </w:tc>
        <w:tc>
          <w:tcPr>
            <w:tcW w:type="dxa" w:w="7313"/>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Sorumluluk, öz denetim ve saygı.</w:t>
            </w:r>
          </w:p>
        </w:tc>
      </w:tr>
    </w:tbl>
    <w:p>
      <w:pPr>
        <w:spacing w:after="0"/>
      </w:pPr>
    </w:p>
    <w:p>
      <w:pPr>
        <w:pStyle w:val="Heading1"/>
        <w:keepNext/>
      </w:pPr>
      <w:r>
        <w:rPr>
          <w:rFonts w:ascii="Times New Roman" w:hAnsi="Times New Roman" w:eastAsia="Times New Roman"/>
          <w:b/>
          <w:color w:val="000000"/>
          <w:sz w:val="22"/>
        </w:rPr>
        <w:t>Hazırbulunuşluk ve Ön Değerlendirme</w:t>
      </w:r>
    </w:p>
    <w:p>
      <w:pPr>
        <w:spacing w:after="80" w:line="269" w:lineRule="auto"/>
        <w:ind w:firstLine="369"/>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gün, ay, yıl ve yaş kavramlarını tanıdıkları; günlük yaşamındaki bazı işlerin belirli bir sıra ile yapıldığını fark ettikleri kabul edilir. Hayat öyküsü çalışması, isimsiz ve kurmaca olay kartları üzerinden yürütülür.</w:t>
      </w:r>
    </w:p>
    <w:p>
      <w:pPr>
        <w:spacing w:after="80" w:line="269" w:lineRule="auto"/>
        <w:ind w:firstLine="369"/>
      </w:pPr>
      <w:r>
        <w:rPr>
          <w:rFonts w:ascii="Times New Roman" w:hAnsi="Times New Roman" w:eastAsia="Times New Roman"/>
          <w:b/>
          <w:color w:val="000000"/>
          <w:sz w:val="21"/>
        </w:rPr>
        <w:t xml:space="preserve">Ön değerlendirme: </w:t>
      </w:r>
      <w:r>
        <w:rPr>
          <w:rFonts w:ascii="Times New Roman" w:hAnsi="Times New Roman" w:eastAsia="Times New Roman"/>
          <w:b w:val="0"/>
          <w:color w:val="000000"/>
          <w:sz w:val="21"/>
        </w:rPr>
        <w:t>'Sabah okula gelmeden önce hangi işleri yaparsınız?' sorusundan hareketle olayların bir zaman sırası içinde gerçekleştiği hatırlatılır. Öğrenciler, aynı gün içinde oluşan iki olayın hangi ipucuyla sıralanabileceğini söyler; öğretmen zaman sözlerinin anlamı belirginleştirdiğini vurgular.</w:t>
      </w:r>
    </w:p>
    <w:p>
      <w:pPr>
        <w:spacing w:after="140" w:line="269" w:lineRule="auto"/>
        <w:ind w:firstLine="369"/>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Kronolojik sıralamanın yalnızca tarihlerden ibaret olmadığı; önce, sonra, daha sonra ve en son ifadeleriyle olayların anlamlı bir akışa yerleştirilebildiği gösterilir. Öğrenciler kendi bilgilerini paylaşmak zorunda olmadan kurmaca bir kişinin hayatındaki olayları düzenler.</w:t>
      </w:r>
    </w:p>
    <w:p>
      <w:pPr>
        <w:pStyle w:val="Heading1"/>
        <w:keepNext/>
      </w:pPr>
      <w:r>
        <w:rPr>
          <w:rFonts w:ascii="Times New Roman" w:hAnsi="Times New Roman" w:eastAsia="Times New Roman"/>
          <w:b/>
          <w:color w:val="000000"/>
          <w:sz w:val="22"/>
        </w:rPr>
        <w:t>Araç Gereç ve Kaynak Kullanımı</w:t>
      </w:r>
    </w:p>
    <w:p>
      <w:pPr>
        <w:spacing w:after="80" w:line="269" w:lineRule="auto"/>
        <w:ind w:firstLine="369"/>
      </w:pPr>
      <w:r>
        <w:rPr>
          <w:rFonts w:ascii="Times New Roman" w:hAnsi="Times New Roman" w:eastAsia="Times New Roman"/>
          <w:b/>
          <w:color w:val="000000"/>
          <w:sz w:val="21"/>
        </w:rPr>
        <w:t xml:space="preserve">Araç gereç: </w:t>
      </w:r>
      <w:r>
        <w:rPr>
          <w:rFonts w:ascii="Times New Roman" w:hAnsi="Times New Roman" w:eastAsia="Times New Roman"/>
          <w:b w:val="0"/>
          <w:color w:val="000000"/>
          <w:sz w:val="21"/>
        </w:rPr>
        <w:t>Kurmaca olay kartları, boş zaman şeridi, tarih şeritleri, sıralama panosu, renkli kalemler, çalışma kâğıdı ve çıkış bileti.</w:t>
      </w:r>
    </w:p>
    <w:p>
      <w:pPr>
        <w:spacing w:after="140" w:line="269" w:lineRule="auto"/>
        <w:ind w:firstLine="369"/>
      </w:pPr>
      <w:r>
        <w:rPr>
          <w:rFonts w:ascii="Times New Roman" w:hAnsi="Times New Roman" w:eastAsia="Times New Roman"/>
          <w:b/>
          <w:color w:val="000000"/>
          <w:sz w:val="21"/>
        </w:rPr>
        <w:t xml:space="preserve">Kaynak seçimi: </w:t>
      </w:r>
      <w:r>
        <w:rPr>
          <w:rFonts w:ascii="Times New Roman" w:hAnsi="Times New Roman" w:eastAsia="Times New Roman"/>
          <w:b w:val="0"/>
          <w:color w:val="000000"/>
          <w:sz w:val="21"/>
        </w:rPr>
        <w:t>Ders kitabındaki ilgili açıklamalar, öğretmenin oluşturduğu isimsiz olay kartları ve zaman şeridi örnekleri kullanılır. Kartlarda gerçek öğrenci adı, aile bilgisi veya kişisel fotoğraf bulunmaz.</w:t>
      </w:r>
    </w:p>
    <w:p>
      <w:pPr>
        <w:pStyle w:val="Heading1"/>
        <w:keepNext/>
      </w:pPr>
      <w:r>
        <w:rPr>
          <w:rFonts w:ascii="Times New Roman" w:hAnsi="Times New Roman" w:eastAsia="Times New Roman"/>
          <w:b/>
          <w:color w:val="000000"/>
          <w:sz w:val="22"/>
        </w:rPr>
        <w:t>Öğretim Ortamı ve Süreç İçi Geri Bildirim</w:t>
      </w:r>
    </w:p>
    <w:p>
      <w:pPr>
        <w:spacing w:after="80" w:line="269" w:lineRule="auto"/>
        <w:ind w:firstLine="369"/>
      </w:pPr>
      <w:r>
        <w:rPr>
          <w:rFonts w:ascii="Times New Roman" w:hAnsi="Times New Roman" w:eastAsia="Times New Roman"/>
          <w:b/>
          <w:color w:val="000000"/>
          <w:sz w:val="21"/>
        </w:rPr>
        <w:t xml:space="preserve">Katılım düzeni: </w:t>
      </w:r>
      <w:r>
        <w:rPr>
          <w:rFonts w:ascii="Times New Roman" w:hAnsi="Times New Roman" w:eastAsia="Times New Roman"/>
          <w:b w:val="0"/>
          <w:color w:val="000000"/>
          <w:sz w:val="21"/>
        </w:rPr>
        <w:t>Öğrenme ortamı, öğrencilerin gerçek kimlik, aile, adres veya sağlık bilgisini açıklamasını gerektirmeyecek şekilde; temsilî kartlar, kurmaca kişiler, ortak sınıf örnekleri ve kişisel veri içermeyen görsellerle düzenlenir. Öğretmen, öğrencinin kendi yaşantısını paylaşmak istemediği durumlarda isimsiz veya kurmaca örnek kullanabileceğini hatırlatır. Sözcü, yazıcı, materyal sorumlusu ve süre takipçisi gibi görevler dönüşümlü verilerek herkesin sürece katılması desteklenir.</w:t>
      </w:r>
    </w:p>
    <w:p>
      <w:pPr>
        <w:spacing w:after="140" w:line="269" w:lineRule="auto"/>
        <w:ind w:firstLine="369"/>
      </w:pPr>
      <w:r>
        <w:rPr>
          <w:rFonts w:ascii="Times New Roman" w:hAnsi="Times New Roman" w:eastAsia="Times New Roman"/>
          <w:b/>
          <w:color w:val="000000"/>
          <w:sz w:val="21"/>
        </w:rPr>
        <w:t xml:space="preserve">Geri bildirim: </w:t>
      </w:r>
      <w:r>
        <w:rPr>
          <w:rFonts w:ascii="Times New Roman" w:hAnsi="Times New Roman" w:eastAsia="Times New Roman"/>
          <w:b w:val="0"/>
          <w:color w:val="000000"/>
          <w:sz w:val="21"/>
        </w:rPr>
        <w:t>Geri bildirim, öğrencinin ürününde görülen somut kanıta dayanır. Öğretmen yalnızca doğru ya da yanlış sonucu söylemek yerine, öğrencinin kullandığı ipucu, gerekçe veya sınıflama ölçütü hakkında açıklayıcı soru sorar. Kısa akran kontrolünde saygılı dil, görevi tamamlama ve gerekçe sunma izlenir. Gerekirse bir sonraki derse geçmeden önce küçük grup çalışması, örnek modelleme veya görsel destek uygulanır.</w:t>
      </w:r>
    </w:p>
    <w:p>
      <w:pPr>
        <w:pStyle w:val="Heading1"/>
        <w:keepNext/>
      </w:pPr>
      <w:r>
        <w:rPr>
          <w:rFonts w:ascii="Times New Roman" w:hAnsi="Times New Roman" w:eastAsia="Times New Roman"/>
          <w:b/>
          <w:color w:val="000000"/>
          <w:sz w:val="22"/>
        </w:rPr>
        <w:t>Öğrenme Öğretme Süreci</w:t>
      </w:r>
    </w:p>
    <w:p>
      <w:pPr>
        <w:spacing w:after="140" w:line="269" w:lineRule="auto"/>
        <w:ind w:firstLine="369"/>
      </w:pPr>
      <w:r>
        <w:rPr>
          <w:rFonts w:ascii="Times New Roman" w:hAnsi="Times New Roman" w:eastAsia="Times New Roman"/>
          <w:b/>
          <w:color w:val="000000"/>
          <w:sz w:val="21"/>
        </w:rPr>
        <w:t xml:space="preserve">Uygulama notu: </w:t>
      </w:r>
      <w:r>
        <w:rPr>
          <w:rFonts w:ascii="Times New Roman" w:hAnsi="Times New Roman" w:eastAsia="Times New Roman"/>
          <w:b w:val="0"/>
          <w:color w:val="000000"/>
          <w:sz w:val="21"/>
        </w:rPr>
        <w:t>Ders saatleri 40 dakika esas alınarak planlanmıştır. Okulun ders çizelgesindeki süre farklıysa etkinliklerin süresi orantılı biçimde düzenlenir. Bu plan, yürürlükteki öğretim programı ve 2026-2027 çalışma takvimi dikkate alınarak hazırlanmış uyarlanabilir bir çalışma dosyasıdır; okulun zümre kararı, ders kitabı sırası, telafi günleri ve öğrenci gereksinimleri uygulama öncesinde gözden geçirilir.</w:t>
      </w:r>
    </w:p>
    <w:p>
      <w:pPr>
        <w:pStyle w:val="Heading2"/>
        <w:keepNext/>
      </w:pPr>
      <w:r>
        <w:rPr>
          <w:rFonts w:ascii="Times New Roman" w:hAnsi="Times New Roman" w:eastAsia="Times New Roman"/>
          <w:b/>
          <w:color w:val="000000"/>
          <w:sz w:val="21"/>
        </w:rPr>
        <w:t>Ders Saati 1 - Zaman Sırasını Fark Etme</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gün içindeki işlemlerden seçilmiş dört kurmaca kartı karışık biçimde gösterir ve yalnızca ilk kartı birlikte yerine koyar. Karttaki saat, yaş, tarih veya olayın mantığı gibi ipuçlarının nasıl kullanılacağını sesli düşünerek model olur. Olayların yanlış sırada verilmesi hâlinde anlatının neden karıştığını örnekle açıklar.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karışık kartlardaki önce-sonra ilişkisini tartışır ve her seçimi bir ipucuyla destekler. Çiftler, iki olayın yerini değiştirdiklerinde anlatıda neyin değiştiğini söyler. Zaman bildiren kelimeleri kartların yanına yerleştirerek olayların akışını görünür hâle getirir.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Dört olayın doğru sırası, kullanılan zaman ipucu ve eşli gerekçe.</w:t>
      </w:r>
    </w:p>
    <w:p>
      <w:pPr>
        <w:pStyle w:val="Heading2"/>
        <w:keepNext/>
      </w:pPr>
      <w:r>
        <w:rPr>
          <w:rFonts w:ascii="Times New Roman" w:hAnsi="Times New Roman" w:eastAsia="Times New Roman"/>
          <w:b/>
          <w:color w:val="000000"/>
          <w:sz w:val="21"/>
        </w:rPr>
        <w:t>Ders Saati 2 - Kurmaca Yaşam Zaman Şeridi</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kurmaca bir çocuğun doğum, anaokuluna başlama, ilkokula başlama ve katıldığı bir etkinlik gibi olaylarını içeren kartları dağıtır. Öğrencilerin gerçek yaşam öykülerini anlatmalarının beklenmediğini tekrar eder. Zaman şeridinin başlangıç ve bitiş yönünü, eşit aralık gerekmese de olayların tarih veya yaş bakımından doğru sırada olması gerektiğini açıklar.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gruplarında olay kartlarını zaman şeridine yerleştirir. Her grup, seçtiği iki olay arasındaki ilişkiyi 'önce', 'sonra' veya 'daha sonra' ifadesiyle yazar. Grup sözcüsü, bir olayın neden belirli bir noktaya yerleştirildiğini tarih veya mantık ipucuna dayanarak açıklar.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Doldurulmuş kurmaca zaman şeridi ve iki zaman bildiren cümle.</w:t>
      </w:r>
    </w:p>
    <w:p>
      <w:pPr>
        <w:pStyle w:val="Heading2"/>
        <w:keepNext/>
      </w:pPr>
      <w:r>
        <w:rPr>
          <w:rFonts w:ascii="Times New Roman" w:hAnsi="Times New Roman" w:eastAsia="Times New Roman"/>
          <w:b/>
          <w:color w:val="000000"/>
          <w:sz w:val="21"/>
        </w:rPr>
        <w:t>Ders Saati 3 - Sıralamayı Açıklama</w:t>
      </w:r>
    </w:p>
    <w:p>
      <w:pPr>
        <w:pStyle w:val="PlanStage"/>
        <w:keepNext/>
      </w:pPr>
      <w:r>
        <w:rPr>
          <w:rFonts w:ascii="Times New Roman" w:hAnsi="Times New Roman" w:eastAsia="Times New Roman"/>
          <w:b/>
          <w:color w:val="000000"/>
          <w:sz w:val="21"/>
        </w:rPr>
        <w:t>Uygulama (40 dakika)</w:t>
      </w:r>
    </w:p>
    <w:p>
      <w:pPr>
        <w:spacing w:after="60" w:line="269" w:lineRule="auto"/>
        <w:ind w:firstLine="369"/>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benzer görünen iki zaman şeridinden birinde yer alan hatayı gösterir. Öğrencilerden yalnızca doğru sıralamayı söylemelerini değil, hatanın hangi bilgiye aykırı olduğunu açıklamalarını ister. Son etkinlikte kronolojik sıranın biyografi, tarihî olay ve günlük planlarda neden işe yarayacağına yönelik kısa konuşma yaptırır.</w:t>
      </w:r>
    </w:p>
    <w:p>
      <w:pPr>
        <w:spacing w:after="60" w:line="269" w:lineRule="auto"/>
        <w:ind w:firstLine="369"/>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beş olaylık yeni bir kart setini bireysel olarak sıralar ve seçtikleri bir ilişkiyi yazılı gerekçeyle açıklar. Eşli kontrolde, zaman bildiren ifadelerin doğru yerde kullanılıp kullanılmadığını inceler. Çıkış biletinde kronolojik sıralamanın hangi durumda gerekli olabileceğini bir örnekle ifade eder.</w:t>
      </w:r>
    </w:p>
    <w:p>
      <w:pPr>
        <w:spacing w:after="120" w:line="269" w:lineRule="auto"/>
        <w:ind w:firstLine="369"/>
      </w:pPr>
      <w:r>
        <w:rPr>
          <w:rFonts w:ascii="Times New Roman" w:hAnsi="Times New Roman" w:eastAsia="Times New Roman"/>
          <w:b/>
          <w:color w:val="000000"/>
          <w:sz w:val="21"/>
        </w:rPr>
        <w:t xml:space="preserve">İzlenecek kanıt: </w:t>
      </w:r>
      <w:r>
        <w:rPr>
          <w:rFonts w:ascii="Times New Roman" w:hAnsi="Times New Roman" w:eastAsia="Times New Roman"/>
          <w:b w:val="0"/>
          <w:color w:val="000000"/>
          <w:sz w:val="21"/>
        </w:rPr>
        <w:t>Bireysel sıralama kâğıdı, gerekçeli bir cümle ve çıkış bileti.</w:t>
      </w:r>
    </w:p>
    <w:p>
      <w:pPr>
        <w:pStyle w:val="Heading1"/>
        <w:keepNext/>
      </w:pPr>
      <w:r>
        <w:rPr>
          <w:rFonts w:ascii="Times New Roman" w:hAnsi="Times New Roman" w:eastAsia="Times New Roman"/>
          <w:b/>
          <w:color w:val="000000"/>
          <w:sz w:val="22"/>
        </w:rPr>
        <w:t>Farklılaştırma</w:t>
      </w:r>
    </w:p>
    <w:p>
      <w:pPr>
        <w:spacing w:after="80" w:line="269" w:lineRule="auto"/>
        <w:ind w:firstLine="369"/>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Zaman sırası kurmakta zorlanan öğrenciler için üç kartla başlayan kısa çalışma, renkli oklar ve öğretmenle birlikte tamamlanan örnek kullanılır. Yazma güçlüğü yaşayan öğrenci, olay numarası vererek veya kartları doğru yere yerleştirerek kanıt sunabilir.</w:t>
      </w:r>
    </w:p>
    <w:p>
      <w:pPr>
        <w:spacing w:after="140" w:line="269" w:lineRule="auto"/>
        <w:ind w:firstLine="369"/>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Hızlı ilerleyen öğrenciler, kurmaca bir kişinin altı olayından oluşan zaman şeridi hazırlar; aynı tarihte gerçekleşen iki olayın sıralamasında hangi ek bilgiye ihtiyaç duyulacağını açıklar.</w:t>
      </w:r>
    </w:p>
    <w:p>
      <w:pPr>
        <w:pStyle w:val="Heading1"/>
        <w:keepNext/>
      </w:pPr>
      <w:r>
        <w:rPr>
          <w:rFonts w:ascii="Times New Roman" w:hAnsi="Times New Roman" w:eastAsia="Times New Roman"/>
          <w:b/>
          <w:color w:val="000000"/>
          <w:sz w:val="22"/>
        </w:rPr>
        <w:t>Ölçme ve Değerlendirme</w:t>
      </w:r>
    </w:p>
    <w:p>
      <w:pPr>
        <w:spacing w:after="100" w:line="269" w:lineRule="auto"/>
        <w:ind w:firstLine="369"/>
      </w:pPr>
      <w:r>
        <w:rPr>
          <w:rFonts w:ascii="Times New Roman" w:hAnsi="Times New Roman" w:eastAsia="Times New Roman"/>
          <w:b/>
          <w:color w:val="000000"/>
          <w:sz w:val="21"/>
        </w:rPr>
        <w:t xml:space="preserve">Değerlendirme yaklaşımı: </w:t>
      </w:r>
      <w:r>
        <w:rPr>
          <w:rFonts w:ascii="Times New Roman" w:hAnsi="Times New Roman" w:eastAsia="Times New Roman"/>
          <w:b w:val="0"/>
          <w:color w:val="000000"/>
          <w:sz w:val="21"/>
        </w:rPr>
        <w:t>Değerlendirme; kartların sıralanması, zaman şeridi, gerekçeli açıklama ve çıkış bileti üzerinden yapılır. Değerlendirmede olayların doğru yerde olması kadar öğrencinin tarih, yaş veya mantıksal ilişkiyi açıklaması da dikkate alınır.</w:t>
      </w:r>
    </w:p>
    <w:tbl>
      <w:tblPr>
        <w:tblW w:type="auto" w:w="0"/>
        <w:jc w:val="center"/>
        <w:tblLayout w:type="fixed"/>
        <w:tblLook w:firstColumn="1" w:firstRow="1" w:lastColumn="0" w:lastRow="0" w:noHBand="0" w:noVBand="1" w:val="04A0"/>
      </w:tblPr>
      <w:tblGrid>
        <w:gridCol w:w="3269"/>
        <w:gridCol w:w="3269"/>
        <w:gridCol w:w="3269"/>
      </w:tblGrid>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Öğrenme Kanıtı</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Olayları zaman sırasına doğru yerleştirir.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Önce-sonra ilişkisini zaman bildiren ifadelerle açıklar.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Sıralamasını bir bilgi veya ipucuyla gerekçelendirir.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r>
        <w:tc>
          <w:tcPr>
            <w:tcW w:type="dxa" w:w="6180"/>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left"/>
            </w:pPr>
            <w:r>
              <w:rPr>
                <w:rFonts w:ascii="Times New Roman" w:hAnsi="Times New Roman" w:eastAsia="Times New Roman"/>
                <w:b w:val="0"/>
                <w:color w:val="000000"/>
                <w:sz w:val="18"/>
              </w:rPr>
              <w:t>Kronolojik sıralamanın kullanım alanına örnek verir.</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c>
          <w:tcPr>
            <w:tcW w:type="dxa" w:w="1701"/>
            <w:vAlign w:val="center"/>
            <w:tcMar>
              <w:top w:w="90" w:type="dxa"/>
              <w:start w:w="120" w:type="dxa"/>
              <w:bottom w:w="90" w:type="dxa"/>
              <w:end w:w="12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Pr>
          <w:p>
            <w:pPr>
              <w:spacing w:before="0" w:after="0" w:line="240" w:lineRule="auto"/>
              <w:jc w:val="center"/>
            </w:pPr>
            <w:r>
              <w:rPr>
                <w:rFonts w:ascii="Times New Roman" w:hAnsi="Times New Roman" w:eastAsia="Times New Roman"/>
                <w:b w:val="0"/>
                <w:color w:val="000000"/>
                <w:sz w:val="24"/>
              </w:rPr>
              <w:t>□</w:t>
            </w:r>
          </w:p>
        </w:tc>
      </w:tr>
    </w:tbl>
    <w:p>
      <w:pPr>
        <w:spacing w:after="0"/>
      </w:pPr>
    </w:p>
    <w:p>
      <w:pPr>
        <w:pStyle w:val="Heading1"/>
        <w:keepNext/>
      </w:pPr>
      <w:r>
        <w:rPr>
          <w:rFonts w:ascii="Times New Roman" w:hAnsi="Times New Roman" w:eastAsia="Times New Roman"/>
          <w:b/>
          <w:color w:val="000000"/>
          <w:sz w:val="22"/>
        </w:rPr>
        <w:t>Sınıf Defterine Yazılacak İfade</w:t>
      </w:r>
    </w:p>
    <w:p>
      <w:pPr>
        <w:spacing w:after="140" w:line="269" w:lineRule="auto"/>
        <w:ind w:firstLine="369"/>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SB.4.1.2. Yaşama ilişkin belli başlı olaylar kurmaca olay kartları ve zaman şeridi kullanılarak kronolojik sıraya konuldu.</w:t>
      </w:r>
    </w:p>
    <w:p>
      <w:pPr>
        <w:pStyle w:val="Heading1"/>
        <w:keepNext/>
      </w:pPr>
      <w:r>
        <w:rPr>
          <w:rFonts w:ascii="Times New Roman" w:hAnsi="Times New Roman" w:eastAsia="Times New Roman"/>
          <w:b/>
          <w:color w:val="000000"/>
          <w:sz w:val="22"/>
        </w:rPr>
        <w:t>Öğretmen Yansıtması ve Sonraki Haftaya Hazırlık</w:t>
      </w:r>
    </w:p>
    <w:p>
      <w:pPr>
        <w:spacing w:after="140" w:line="276" w:lineRule="auto"/>
        <w:ind w:firstLine="0"/>
        <w:jc w:val="left"/>
      </w:pPr>
      <w:r>
        <w:rPr>
          <w:rFonts w:ascii="Times New Roman" w:hAnsi="Times New Roman" w:eastAsia="Times New Roman"/>
          <w:b w:val="0"/>
          <w:color w:val="000000"/>
          <w:sz w:val="20"/>
        </w:rPr>
        <w:t>Öğrencilerin en çok zorlandığı kavram, beceri veya ilişki: ..............................................................................................................................</w:t>
      </w:r>
    </w:p>
    <w:p>
      <w:pPr>
        <w:spacing w:after="140" w:line="276" w:lineRule="auto"/>
        <w:ind w:firstLine="0"/>
        <w:jc w:val="left"/>
      </w:pPr>
      <w:r>
        <w:rPr>
          <w:rFonts w:ascii="Times New Roman" w:hAnsi="Times New Roman" w:eastAsia="Times New Roman"/>
          <w:b w:val="0"/>
          <w:color w:val="000000"/>
          <w:sz w:val="20"/>
        </w:rPr>
        <w:t>Bir sonraki uygulamada korunacak ya da değiştirilecek öğretim adımı: .................................................................................................................</w:t>
      </w:r>
    </w:p>
    <w:p>
      <w:pPr>
        <w:spacing w:after="140" w:line="276" w:lineRule="auto"/>
        <w:ind w:firstLine="0"/>
        <w:jc w:val="left"/>
      </w:pPr>
      <w:r>
        <w:rPr>
          <w:rFonts w:ascii="Times New Roman" w:hAnsi="Times New Roman" w:eastAsia="Times New Roman"/>
          <w:b w:val="0"/>
          <w:color w:val="000000"/>
          <w:sz w:val="20"/>
        </w:rPr>
        <w:t>Destekleme veya zenginleştirme ihtiyacı görülen çalışma: .....................................................................................................................................</w:t>
      </w:r>
    </w:p>
    <w:p>
      <w:pPr>
        <w:spacing w:after="140" w:line="276" w:lineRule="auto"/>
        <w:ind w:firstLine="0"/>
        <w:jc w:val="left"/>
      </w:pPr>
      <w:r>
        <w:rPr>
          <w:rFonts w:ascii="Times New Roman" w:hAnsi="Times New Roman" w:eastAsia="Times New Roman"/>
          <w:b w:val="0"/>
          <w:color w:val="000000"/>
          <w:sz w:val="20"/>
        </w:rPr>
        <w:t>Sonraki haftaya hazırlık notu: Bir sonraki haftada ilgi, ihtiyaç ve yetenek kavramlarının birbirinden ayrılması üzerinde çalışılacaktır.</w:t>
      </w:r>
    </w:p>
    <w:p>
      <w:pPr>
        <w:pStyle w:val="Heading1"/>
        <w:keepNext/>
      </w:pPr>
      <w:r>
        <w:rPr>
          <w:rFonts w:ascii="Times New Roman" w:hAnsi="Times New Roman" w:eastAsia="Times New Roman"/>
          <w:b/>
          <w:color w:val="000000"/>
          <w:sz w:val="22"/>
        </w:rPr>
        <w:t>İmza</w:t>
      </w:r>
    </w:p>
    <w:p>
      <w:pPr>
        <w:spacing w:before="220" w:after="20"/>
        <w:jc w:val="center"/>
      </w:pPr>
      <w:r>
        <w:rPr>
          <w:rFonts w:ascii="Times New Roman" w:hAnsi="Times New Roman" w:eastAsia="Times New Roman"/>
          <w:b w:val="0"/>
          <w:color w:val="000000"/>
          <w:sz w:val="21"/>
        </w:rPr>
        <w:t>21 Eylül 2026</w:t>
      </w:r>
    </w:p>
    <w:p>
      <w:pPr>
        <w:spacing w:before="0" w:after="20"/>
        <w:jc w:val="center"/>
      </w:pPr>
      <w:r>
        <w:rPr>
          <w:rFonts w:ascii="Times New Roman" w:hAnsi="Times New Roman" w:eastAsia="Times New Roman"/>
          <w:b/>
          <w:color w:val="000000"/>
          <w:sz w:val="21"/>
        </w:rPr>
        <w:t>Ders Öğretmeni</w:t>
      </w:r>
    </w:p>
    <w:p>
      <w:pPr>
        <w:spacing w:before="0" w:after="20"/>
        <w:jc w:val="center"/>
      </w:pPr>
      <w:r>
        <w:rPr>
          <w:rFonts w:ascii="Times New Roman" w:hAnsi="Times New Roman" w:eastAsia="Times New Roman"/>
          <w:b w:val="0"/>
          <w:color w:val="000000"/>
          <w:sz w:val="21"/>
        </w:rPr>
        <w:t>........................................................</w:t>
      </w:r>
    </w:p>
    <w:p>
      <w:pPr>
        <w:spacing w:before="0" w:after="20"/>
        <w:jc w:val="center"/>
      </w:pPr>
      <w:r>
        <w:rPr>
          <w:rFonts w:ascii="Times New Roman" w:hAnsi="Times New Roman" w:eastAsia="Times New Roman"/>
          <w:b w:val="0"/>
          <w:color w:val="000000"/>
          <w:sz w:val="21"/>
        </w:rPr>
        <w:t>İmza</w:t>
      </w:r>
    </w:p>
    <w:sectPr w:rsidR="00FC693F" w:rsidRPr="0006063C" w:rsidSect="00034616">
      <w:pgSz w:w="11906" w:h="16838"/>
      <w:pgMar w:top="1020" w:right="1049" w:bottom="1020"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69" w:lineRule="auto"/>
      <w:ind w:firstLine="369"/>
      <w:jc w:val="both"/>
    </w:pPr>
    <w:rPr>
      <w:rFonts w:ascii="Times New Roman" w:hAnsi="Times New Roman" w:eastAsia="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69" w:lineRule="auto"/>
      <w:ind w:firstLine="0"/>
      <w:jc w:val="left"/>
      <w:outlineLvl w:val="0"/>
    </w:pPr>
    <w:rPr>
      <w:rFonts w:asciiTheme="majorHAnsi" w:eastAsiaTheme="majorEastAsia" w:hAnsiTheme="majorHAnsi" w:cstheme="majorBidi" w:ascii="Times New Roman" w:hAnsi="Times New Roman" w:eastAsia="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120" w:after="80" w:line="269" w:lineRule="auto"/>
      <w:ind w:firstLine="0"/>
      <w:jc w:val="left"/>
      <w:outlineLvl w:val="1"/>
    </w:pPr>
    <w:rPr>
      <w:rFonts w:asciiTheme="majorHAnsi" w:eastAsiaTheme="majorEastAsia" w:hAnsiTheme="majorHAnsi" w:cstheme="majorBidi" w:ascii="Times New Roman" w:hAnsi="Times New Roman" w:eastAsia="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69" w:lineRule="auto" w:before="0"/>
      <w:ind w:firstLine="0"/>
      <w:contextualSpacing/>
      <w:jc w:val="center"/>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nStage">
    <w:name w:val="PlanStage"/>
    <w:basedOn w:val="Normal"/>
    <w:pPr>
      <w:spacing w:before="140" w:after="60"/>
      <w:ind w:firstLine="0"/>
    </w:pPr>
    <w:rPr>
      <w:rFonts w:ascii="Times New Roman" w:hAnsi="Times New Roman"/>
      <w:b/>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4. Sınıf Sosyal Bilgiler 2. Hafta Ders Planı</dc:title>
  <dc:subject>Sosyal Bilgiler Ders Planı</dc:subject>
  <dc:creator/>
  <cp:keywords/>
  <dc:description/>
  <cp:lastModifiedBy/>
  <cp:revision>1</cp:revision>
  <dcterms:created xsi:type="dcterms:W3CDTF">2013-12-23T23:15:00Z</dcterms:created>
  <dcterms:modified xsi:type="dcterms:W3CDTF">2013-12-23T23:15:00Z</dcterms:modified>
  <cp:category/>
</cp:coreProperties>
</file>