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İLKOKULU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4. SINIF SOSYAL BİLGİLER DERS PLANI</w:t>
      </w:r>
    </w:p>
    <w:p>
      <w:pPr>
        <w:pStyle w:val="Title"/>
        <w:spacing w:after="180"/>
      </w:pPr>
      <w:r>
        <w:rPr>
          <w:rFonts w:ascii="Times New Roman" w:hAnsi="Times New Roman" w:eastAsia="Times New Roman"/>
          <w:b/>
          <w:color w:val="000000"/>
          <w:sz w:val="24"/>
        </w:rPr>
        <w:t>3. HAFTA</w:t>
      </w:r>
    </w:p>
    <w:tbl>
      <w:tblPr>
        <w:tblW w:type="auto" w:w="0"/>
        <w:jc w:val="center"/>
        <w:tblLayout w:type="fixed"/>
        <w:tblLook w:firstColumn="1" w:firstRow="1" w:lastColumn="0" w:lastRow="0" w:noHBand="0" w:noVBand="1" w:val="04A0"/>
      </w:tblPr>
      <w:tblGrid>
        <w:gridCol w:w="2452"/>
        <w:gridCol w:w="2452"/>
        <w:gridCol w:w="2452"/>
        <w:gridCol w:w="2452"/>
      </w:tblGrid>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Sosyal Bilgiler</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4 / ............</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3. Hafta</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Uygulama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28 Eylül-2 Ekim 2026</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3 ders saati</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Düzenleme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28 Eylül 2026 Pazartesi</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Ders Planı</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Dersin Gün ve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Okul ders çizelgesine göre</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r>
    </w:tbl>
    <w:p>
      <w:pPr>
        <w:spacing w:after="0"/>
      </w:pPr>
    </w:p>
    <w:p>
      <w:pPr>
        <w:pStyle w:val="Heading1"/>
        <w:keepNext/>
      </w:pPr>
      <w:r>
        <w:rPr>
          <w:rFonts w:ascii="Times New Roman" w:hAnsi="Times New Roman" w:eastAsia="Times New Roman"/>
          <w:b/>
          <w:color w:val="000000"/>
          <w:sz w:val="22"/>
        </w:rPr>
        <w:t>Yıllık Planla Uyumlu Öğretim Çerçevesi</w:t>
      </w:r>
    </w:p>
    <w:tbl>
      <w:tblPr>
        <w:tblW w:type="auto" w:w="0"/>
        <w:jc w:val="center"/>
        <w:tblLayout w:type="fixed"/>
        <w:tblLook w:firstColumn="1" w:firstRow="1" w:lastColumn="0" w:lastRow="0" w:noHBand="0" w:noVBand="1" w:val="04A0"/>
      </w:tblPr>
      <w:tblGrid>
        <w:gridCol w:w="4904"/>
        <w:gridCol w:w="4904"/>
      </w:tblGrid>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Öğrenme Alanı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Birey ve Toplum</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Konu / İçerik</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İlgi, İhtiyaç ve Yetenekler ile Empatiye Hazırlık</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SB.4.1.3. Bireysel ilgi, ihtiyaç ve yeteneklerini tanır. Haftanın son bölümünde SB.4.1.4 kazanımına hazırlık yapılır.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 Açıklaması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İlgi, ihtiyaç ve yetenek kavramları örneklerle ayırt edilir. Aynı durumun farklı bireylerde farklı duygu ve düşünceler doğurabileceği üzerinde durularak empati çalışmasına geçiş hazırlanır.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Beceriler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Sınıflama, karşılaştırma, gerekçelendirme, duygu fark etme ve sözlü ifade.</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Değerler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Saygı, öz denetim, sevgi ve sorumluluk.</w:t>
            </w:r>
          </w:p>
        </w:tc>
      </w:tr>
    </w:tbl>
    <w:p>
      <w:pPr>
        <w:spacing w:after="0"/>
      </w:pPr>
    </w:p>
    <w:p>
      <w:pPr>
        <w:pStyle w:val="Heading1"/>
        <w:keepNext/>
      </w:pPr>
      <w:r>
        <w:rPr>
          <w:rFonts w:ascii="Times New Roman" w:hAnsi="Times New Roman" w:eastAsia="Times New Roman"/>
          <w:b/>
          <w:color w:val="000000"/>
          <w:sz w:val="22"/>
        </w:rPr>
        <w:t>Hazırbulunuşluk ve Ön Değerlendirme</w:t>
      </w:r>
    </w:p>
    <w:p>
      <w:pPr>
        <w:spacing w:after="80" w:line="269" w:lineRule="auto"/>
        <w:ind w:firstLine="369"/>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sevdiği etkinliklere, günlük ihtiyaçlara ve başarılı oldukları alanlara örnek verebildikleri kabul edilir. Kavramlar, öğrencinin kendi özel yaşantısını açıklamasını istemeden resimli ve kurmaca durum kartları üzerinden ele alınır.</w:t>
      </w:r>
    </w:p>
    <w:p>
      <w:pPr>
        <w:spacing w:after="80" w:line="269" w:lineRule="auto"/>
        <w:ind w:firstLine="369"/>
      </w:pPr>
      <w:r>
        <w:rPr>
          <w:rFonts w:ascii="Times New Roman" w:hAnsi="Times New Roman" w:eastAsia="Times New Roman"/>
          <w:b/>
          <w:color w:val="000000"/>
          <w:sz w:val="21"/>
        </w:rPr>
        <w:t xml:space="preserve">Ön değerlendirme: </w:t>
      </w:r>
      <w:r>
        <w:rPr>
          <w:rFonts w:ascii="Times New Roman" w:hAnsi="Times New Roman" w:eastAsia="Times New Roman"/>
          <w:b w:val="0"/>
          <w:color w:val="000000"/>
          <w:sz w:val="21"/>
        </w:rPr>
        <w:t>Öğretmen 'Yapmaktan hoşlandığımız işler ile yaşam için gerekli olanlar aynı mıdır?' sorusunu yöneltir. Tahtaya su içmek, resim yapmak, müzik dinlemek ve hızlı koşmak gibi örnekler yazılır; öğrenciler örneklerin aynı başlıkta toplanıp toplanamayacağını düşünür.</w:t>
      </w:r>
    </w:p>
    <w:p>
      <w:pPr>
        <w:spacing w:after="140" w:line="269" w:lineRule="auto"/>
        <w:ind w:firstLine="369"/>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İlgi, ihtiyaç ve yetenek kavramları ayırt edildikten sonra insanların aynı durumlara farklı duygularla yaklaşabileceği hatırlatılır. Bu köprü, sonraki haftadaki empati çalışmasına hazırlık sağlar; öğrenciler farklılıkları yargılamadan açıklamaya yönlendirilir.</w:t>
      </w:r>
    </w:p>
    <w:p>
      <w:pPr>
        <w:pStyle w:val="Heading1"/>
        <w:keepNext/>
      </w:pPr>
      <w:r>
        <w:rPr>
          <w:rFonts w:ascii="Times New Roman" w:hAnsi="Times New Roman" w:eastAsia="Times New Roman"/>
          <w:b/>
          <w:color w:val="000000"/>
          <w:sz w:val="22"/>
        </w:rPr>
        <w:t>Araç Gereç ve Kaynak Kullanımı</w:t>
      </w:r>
    </w:p>
    <w:p>
      <w:pPr>
        <w:spacing w:after="80" w:line="269" w:lineRule="auto"/>
        <w:ind w:firstLine="369"/>
      </w:pPr>
      <w:r>
        <w:rPr>
          <w:rFonts w:ascii="Times New Roman" w:hAnsi="Times New Roman" w:eastAsia="Times New Roman"/>
          <w:b/>
          <w:color w:val="000000"/>
          <w:sz w:val="21"/>
        </w:rPr>
        <w:t xml:space="preserve">Araç gereç: </w:t>
      </w:r>
      <w:r>
        <w:rPr>
          <w:rFonts w:ascii="Times New Roman" w:hAnsi="Times New Roman" w:eastAsia="Times New Roman"/>
          <w:b w:val="0"/>
          <w:color w:val="000000"/>
          <w:sz w:val="21"/>
        </w:rPr>
        <w:t>İlgi-ihtiyaç-yetenek kartları, resimli durum kartları, üç sütunlu sınıflama kâğıdı, duygu sembolleri, yapışkan notlar ve çıkış bileti.</w:t>
      </w:r>
    </w:p>
    <w:p>
      <w:pPr>
        <w:spacing w:after="140" w:line="269" w:lineRule="auto"/>
        <w:ind w:firstLine="369"/>
      </w:pPr>
      <w:r>
        <w:rPr>
          <w:rFonts w:ascii="Times New Roman" w:hAnsi="Times New Roman" w:eastAsia="Times New Roman"/>
          <w:b/>
          <w:color w:val="000000"/>
          <w:sz w:val="21"/>
        </w:rPr>
        <w:t xml:space="preserve">Kaynak seçimi: </w:t>
      </w:r>
      <w:r>
        <w:rPr>
          <w:rFonts w:ascii="Times New Roman" w:hAnsi="Times New Roman" w:eastAsia="Times New Roman"/>
          <w:b w:val="0"/>
          <w:color w:val="000000"/>
          <w:sz w:val="21"/>
        </w:rPr>
        <w:t>Ders kitabındaki ilgili örnekler ile öğretmenin hazırladığı kişisel veri içermeyen kartlar kullanılır. Örneklerde öğrencilerin gerçek aile, sağlık veya başarı bilgileri istenmez; kurmaca kişiler ve ortak günlük yaşam durumları tercih edilir.</w:t>
      </w:r>
    </w:p>
    <w:p>
      <w:pPr>
        <w:pStyle w:val="Heading1"/>
        <w:keepNext/>
      </w:pPr>
      <w:r>
        <w:rPr>
          <w:rFonts w:ascii="Times New Roman" w:hAnsi="Times New Roman" w:eastAsia="Times New Roman"/>
          <w:b/>
          <w:color w:val="000000"/>
          <w:sz w:val="22"/>
        </w:rPr>
        <w:t>Öğretim Ortamı ve Süreç İçi Geri Bildirim</w:t>
      </w:r>
    </w:p>
    <w:p>
      <w:pPr>
        <w:spacing w:after="80" w:line="269" w:lineRule="auto"/>
        <w:ind w:firstLine="369"/>
      </w:pPr>
      <w:r>
        <w:rPr>
          <w:rFonts w:ascii="Times New Roman" w:hAnsi="Times New Roman" w:eastAsia="Times New Roman"/>
          <w:b/>
          <w:color w:val="000000"/>
          <w:sz w:val="21"/>
        </w:rPr>
        <w:t xml:space="preserve">Katılım düzeni: </w:t>
      </w:r>
      <w:r>
        <w:rPr>
          <w:rFonts w:ascii="Times New Roman" w:hAnsi="Times New Roman" w:eastAsia="Times New Roman"/>
          <w:b w:val="0"/>
          <w:color w:val="000000"/>
          <w:sz w:val="21"/>
        </w:rPr>
        <w:t>Öğrenme ortamı, öğrencilerin gerçek kimlik, aile, adres veya sağlık bilgisini açıklamasını gerektirmeyecek şekilde; temsilî kartlar, kurmaca kişiler, ortak sınıf örnekleri ve kişisel veri içermeyen görsellerle düzenlenir. Öğretmen, öğrencinin kendi yaşantısını paylaşmak istemediği durumlarda isimsiz veya kurmaca örnek kullanabileceğini hatırlatır. Sözcü, yazıcı, materyal sorumlusu ve süre takipçisi gibi görevler dönüşümlü verilerek herkesin sürece katılması desteklenir.</w:t>
      </w:r>
    </w:p>
    <w:p>
      <w:pPr>
        <w:spacing w:after="140" w:line="269" w:lineRule="auto"/>
        <w:ind w:firstLine="369"/>
      </w:pPr>
      <w:r>
        <w:rPr>
          <w:rFonts w:ascii="Times New Roman" w:hAnsi="Times New Roman" w:eastAsia="Times New Roman"/>
          <w:b/>
          <w:color w:val="000000"/>
          <w:sz w:val="21"/>
        </w:rPr>
        <w:t xml:space="preserve">Geri bildirim: </w:t>
      </w:r>
      <w:r>
        <w:rPr>
          <w:rFonts w:ascii="Times New Roman" w:hAnsi="Times New Roman" w:eastAsia="Times New Roman"/>
          <w:b w:val="0"/>
          <w:color w:val="000000"/>
          <w:sz w:val="21"/>
        </w:rPr>
        <w:t>Geri bildirim, öğrencinin ürününde görülen somut kanıta dayanır. Öğretmen yalnızca doğru ya da yanlış sonucu söylemek yerine, öğrencinin kullandığı ipucu, gerekçe veya sınıflama ölçütü hakkında açıklayıcı soru sorar. Kısa akran kontrolünde saygılı dil, görevi tamamlama ve gerekçe sunma izlenir. Gerekirse bir sonraki derse geçmeden önce küçük grup çalışması, örnek modelleme veya görsel destek uygulanır.</w:t>
      </w:r>
    </w:p>
    <w:p>
      <w:pPr>
        <w:pStyle w:val="Heading1"/>
        <w:keepNext/>
      </w:pPr>
      <w:r>
        <w:rPr>
          <w:rFonts w:ascii="Times New Roman" w:hAnsi="Times New Roman" w:eastAsia="Times New Roman"/>
          <w:b/>
          <w:color w:val="000000"/>
          <w:sz w:val="22"/>
        </w:rPr>
        <w:t>Öğrenme Öğretme Süreci</w:t>
      </w:r>
    </w:p>
    <w:p>
      <w:pPr>
        <w:spacing w:after="140" w:line="269" w:lineRule="auto"/>
        <w:ind w:firstLine="369"/>
      </w:pPr>
      <w:r>
        <w:rPr>
          <w:rFonts w:ascii="Times New Roman" w:hAnsi="Times New Roman" w:eastAsia="Times New Roman"/>
          <w:b/>
          <w:color w:val="000000"/>
          <w:sz w:val="21"/>
        </w:rPr>
        <w:t xml:space="preserve">Uygulama notu: </w:t>
      </w:r>
      <w:r>
        <w:rPr>
          <w:rFonts w:ascii="Times New Roman" w:hAnsi="Times New Roman" w:eastAsia="Times New Roman"/>
          <w:b w:val="0"/>
          <w:color w:val="000000"/>
          <w:sz w:val="21"/>
        </w:rPr>
        <w:t>Ders saatleri 40 dakika esas alınarak planlanmıştır. Okulun ders çizelgesindeki süre farklıysa etkinliklerin süresi orantılı biçimde düzenlenir. Bu plan, yürürlükteki öğretim programı ve 2026-2027 çalışma takvimi dikkate alınarak hazırlanmış uyarlanabilir bir çalışma dosyasıdır; okulun zümre kararı, ders kitabı sırası, telafi günleri ve öğrenci gereksinimleri uygulama öncesinde gözden geçirilir.</w:t>
      </w:r>
    </w:p>
    <w:p>
      <w:pPr>
        <w:pStyle w:val="Heading2"/>
        <w:keepNext/>
      </w:pPr>
      <w:r>
        <w:rPr>
          <w:rFonts w:ascii="Times New Roman" w:hAnsi="Times New Roman" w:eastAsia="Times New Roman"/>
          <w:b/>
          <w:color w:val="000000"/>
          <w:sz w:val="21"/>
        </w:rPr>
        <w:t>Ders Saati 1 - Kavramları Ayırt Etme</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ilgi, ihtiyaç ve yetenek kavramlarını kısa tanımlarla açıklar. Bir ihtiyacın yaşamın sürmesi veya sağlıklı gelişimle, ilginin yapmaktan hoşlanmayla, yeteneğin ise bir işi yapabilme gücüyle ilgili olduğuna dikkat çeker. Aynı örneğin neden yalnız bir başlığa yazılması gerektiğini düşünmelerini ister ve ilk iki kartı sınıfla birlikte çözer.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kartlardaki durumları üç başlık altında sınıflar. Her grup seçtiği iki kart için neden o başlığı uygun bulduğunu söyler. Aynı kart için farklı öneri çıktığında, tanıma ve karttaki ipucuna dönerek kararını gözden geçirir; kişisel karşılaştırma yerine kurmaca örnekle konuşur.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Üçlü sınıflama kâğıdı, iki gerekçeli eşleştirme ve grup açıklaması.</w:t>
      </w:r>
    </w:p>
    <w:p>
      <w:pPr>
        <w:pStyle w:val="Heading2"/>
        <w:keepNext/>
      </w:pPr>
      <w:r>
        <w:rPr>
          <w:rFonts w:ascii="Times New Roman" w:hAnsi="Times New Roman" w:eastAsia="Times New Roman"/>
          <w:b/>
          <w:color w:val="000000"/>
          <w:sz w:val="21"/>
        </w:rPr>
        <w:t>Ders Saati 2 - Örnekleri Gerekçelendirme</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karışık örneklerde öğrencinin sadece doğru kutuyu işaretlemesinin yeterli olmadığını belirtir. 'Bu etkinlik neden ilgi olabilir?', 'Bu bilgi hangi ihtiyacı gösteriyor?' ve 'Yetenek nasıl fark edilir?' sorularını kullanır. Yanlış eşleştirmeyi düzeltirken yargılayıcı dil yerine tanıma dönmeyi model olur.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yeni kart setindeki her örnek için başlık ve kısa neden yazar. Gruplar, bir ilginin zamanla değişebileceğini; bir ihtiyacın herkes için benzer fakat karşılanma yolunun farklı olabileceğini konuşur. Çalışma sonunda bireysel olarak üç örneği sınıflar ve bir seçimini cümleyle gerekçelendirir.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Gerekçeli sınıflama, bireysel üç örnek çalışması ve akran kontrol işareti.</w:t>
      </w:r>
    </w:p>
    <w:p>
      <w:pPr>
        <w:pStyle w:val="Heading2"/>
        <w:keepNext/>
      </w:pPr>
      <w:r>
        <w:rPr>
          <w:rFonts w:ascii="Times New Roman" w:hAnsi="Times New Roman" w:eastAsia="Times New Roman"/>
          <w:b/>
          <w:color w:val="000000"/>
          <w:sz w:val="21"/>
        </w:rPr>
        <w:t>Ders Saati 3 - Farklı Duyguları Fark Etme</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yeni bir okula başlayan, oyuna katılmak isteyen veya farklı bir etkinliği seçen kurmaca kişilere ait kısa durum kartlarını dağıtır. Aynı olayın farklı bireylerde farklı duygular oluşturabileceğini vurgular. Empatinin karşıdaki kişiyle aynı düşünmek değil, onun duygusunu anlamaya çalışmak olduğunu basit örnekle açıklar.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seçtikleri karttaki kişinin hangi duyguları yaşayabileceğini duygu sembolleriyle belirtir ve bu tahmini hangi ipucuna dayandırdığını söyler. Eşli çalışmada, kişiye yardım veya saygı gösterecek bir cümle üretir. Çıkış biletinde ilgi, ihtiyaç veya yetenek kavramlarından biri ile başka birinin duygusunu anlamaya yönelik bir ifade yazar.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Duygu tahmini kartı, ipucu-gerekçe açıklaması ve empatik cümle.</w:t>
      </w:r>
    </w:p>
    <w:p>
      <w:pPr>
        <w:pStyle w:val="Heading1"/>
        <w:keepNext/>
      </w:pPr>
      <w:r>
        <w:rPr>
          <w:rFonts w:ascii="Times New Roman" w:hAnsi="Times New Roman" w:eastAsia="Times New Roman"/>
          <w:b/>
          <w:color w:val="000000"/>
          <w:sz w:val="22"/>
        </w:rPr>
        <w:t>Farklılaştırma</w:t>
      </w:r>
    </w:p>
    <w:p>
      <w:pPr>
        <w:spacing w:after="80" w:line="269" w:lineRule="auto"/>
        <w:ind w:firstLine="369"/>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Kavramları ayırt etmekte zorlanan öğrencilere resimli kartlar, kısa tanım şeritleri ve üç başlık için ayrı renkler verilir. Duygu tahmininde öğrenci, duygu yüzlerinden seçim yapabilir; sözlü açıklama için cümle başlangıçlarından yararlanabilir.</w:t>
      </w:r>
    </w:p>
    <w:p>
      <w:pPr>
        <w:spacing w:after="140" w:line="269" w:lineRule="auto"/>
        <w:ind w:firstLine="369"/>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Hızlı ilerleyen öğrenciler, her kavram için gerekçeli üç yeni örnek üretir; bir durumun ilgi ile ihtiyaç olarak karıştırılmasına yol açabilecek nedeni açıklar ve farklı duyguların aynı olayda nasıl ortaya çıkabileceğini karşılaştırır.</w:t>
      </w:r>
    </w:p>
    <w:p>
      <w:pPr>
        <w:pStyle w:val="Heading1"/>
        <w:keepNext/>
      </w:pPr>
      <w:r>
        <w:rPr>
          <w:rFonts w:ascii="Times New Roman" w:hAnsi="Times New Roman" w:eastAsia="Times New Roman"/>
          <w:b/>
          <w:color w:val="000000"/>
          <w:sz w:val="22"/>
        </w:rPr>
        <w:t>Ölçme ve Değerlendirme</w:t>
      </w:r>
    </w:p>
    <w:p>
      <w:pPr>
        <w:spacing w:after="100" w:line="269" w:lineRule="auto"/>
        <w:ind w:firstLine="369"/>
      </w:pPr>
      <w:r>
        <w:rPr>
          <w:rFonts w:ascii="Times New Roman" w:hAnsi="Times New Roman" w:eastAsia="Times New Roman"/>
          <w:b/>
          <w:color w:val="000000"/>
          <w:sz w:val="21"/>
        </w:rPr>
        <w:t xml:space="preserve">Değerlendirme yaklaşımı: </w:t>
      </w:r>
      <w:r>
        <w:rPr>
          <w:rFonts w:ascii="Times New Roman" w:hAnsi="Times New Roman" w:eastAsia="Times New Roman"/>
          <w:b w:val="0"/>
          <w:color w:val="000000"/>
          <w:sz w:val="21"/>
        </w:rPr>
        <w:t>Değerlendirme; üçlü sınıflama, gerekçeli örnekler, duygu tahmini ve çıkış bileti üzerinden yapılır. Öğrencinin farklılıklara dair yargı vermeden, örnekteki ipucu ile duygu veya kavram arasında bağ kurması dikkate alınır.</w:t>
      </w:r>
    </w:p>
    <w:tbl>
      <w:tblPr>
        <w:tblW w:type="auto" w:w="0"/>
        <w:jc w:val="center"/>
        <w:tblLayout w:type="fixed"/>
        <w:tblLook w:firstColumn="1" w:firstRow="1" w:lastColumn="0" w:lastRow="0" w:noHBand="0" w:noVBand="1" w:val="04A0"/>
      </w:tblPr>
      <w:tblGrid>
        <w:gridCol w:w="3269"/>
        <w:gridCol w:w="3269"/>
        <w:gridCol w:w="3269"/>
      </w:tblGrid>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Öğrenme Kanıtı</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İlgi, ihtiyaç ve yetenek kavramlarını ayırt eder.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Sınıflamasını kısa gerekçeyle açıklar.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Kurmaca bir kişinin duygusunu görünür ipucuna dayanarak tahmin eder.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Farklı özelliklere saygılı bir cümle kurar.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bl>
    <w:p>
      <w:pPr>
        <w:spacing w:after="0"/>
      </w:pPr>
    </w:p>
    <w:p>
      <w:pPr>
        <w:pStyle w:val="Heading1"/>
        <w:keepNext/>
      </w:pPr>
      <w:r>
        <w:rPr>
          <w:rFonts w:ascii="Times New Roman" w:hAnsi="Times New Roman" w:eastAsia="Times New Roman"/>
          <w:b/>
          <w:color w:val="000000"/>
          <w:sz w:val="22"/>
        </w:rPr>
        <w:t>Sınıf Defterine Yazılacak İfade</w:t>
      </w:r>
    </w:p>
    <w:p>
      <w:pPr>
        <w:spacing w:after="140" w:line="269" w:lineRule="auto"/>
        <w:ind w:firstLine="369"/>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SB.4.1.3. Bireysel ilgi, ihtiyaç ve yetenekler örnekler üzerinden ayırt edildi; empati çalışmasına hazırlık amacıyla farklı durumlarda duyguları fark etme etkinliği yapıldı.</w:t>
      </w:r>
    </w:p>
    <w:p>
      <w:pPr>
        <w:pStyle w:val="Heading1"/>
        <w:keepNext/>
      </w:pPr>
      <w:r>
        <w:rPr>
          <w:rFonts w:ascii="Times New Roman" w:hAnsi="Times New Roman" w:eastAsia="Times New Roman"/>
          <w:b/>
          <w:color w:val="000000"/>
          <w:sz w:val="22"/>
        </w:rPr>
        <w:t>Öğretmen Yansıtması ve Sonraki Haftaya Hazırlık</w:t>
      </w:r>
    </w:p>
    <w:p>
      <w:pPr>
        <w:spacing w:after="140" w:line="276" w:lineRule="auto"/>
        <w:ind w:firstLine="0"/>
        <w:jc w:val="left"/>
      </w:pPr>
      <w:r>
        <w:rPr>
          <w:rFonts w:ascii="Times New Roman" w:hAnsi="Times New Roman" w:eastAsia="Times New Roman"/>
          <w:b w:val="0"/>
          <w:color w:val="000000"/>
          <w:sz w:val="20"/>
        </w:rPr>
        <w:t>Öğrencilerin en çok zorlandığı kavram, beceri veya ilişki: ..............................................................................................................................</w:t>
      </w:r>
    </w:p>
    <w:p>
      <w:pPr>
        <w:spacing w:after="140" w:line="276" w:lineRule="auto"/>
        <w:ind w:firstLine="0"/>
        <w:jc w:val="left"/>
      </w:pPr>
      <w:r>
        <w:rPr>
          <w:rFonts w:ascii="Times New Roman" w:hAnsi="Times New Roman" w:eastAsia="Times New Roman"/>
          <w:b w:val="0"/>
          <w:color w:val="000000"/>
          <w:sz w:val="20"/>
        </w:rPr>
        <w:t>Bir sonraki uygulamada korunacak ya da değiştirilecek öğretim adımı: .................................................................................................................</w:t>
      </w:r>
    </w:p>
    <w:p>
      <w:pPr>
        <w:spacing w:after="140" w:line="276" w:lineRule="auto"/>
        <w:ind w:firstLine="0"/>
        <w:jc w:val="left"/>
      </w:pPr>
      <w:r>
        <w:rPr>
          <w:rFonts w:ascii="Times New Roman" w:hAnsi="Times New Roman" w:eastAsia="Times New Roman"/>
          <w:b w:val="0"/>
          <w:color w:val="000000"/>
          <w:sz w:val="20"/>
        </w:rPr>
        <w:t>Destekleme veya zenginleştirme ihtiyacı görülen çalışma: .....................................................................................................................................</w:t>
      </w:r>
    </w:p>
    <w:p>
      <w:pPr>
        <w:spacing w:after="140" w:line="276" w:lineRule="auto"/>
        <w:ind w:firstLine="0"/>
        <w:jc w:val="left"/>
      </w:pPr>
      <w:r>
        <w:rPr>
          <w:rFonts w:ascii="Times New Roman" w:hAnsi="Times New Roman" w:eastAsia="Times New Roman"/>
          <w:b w:val="0"/>
          <w:color w:val="000000"/>
          <w:sz w:val="20"/>
        </w:rPr>
        <w:t>Sonraki haftaya hazırlık notu: Bir sonraki haftada empati kurma ve bireysel farklılıklara saygı gösterme üzerinde durulacaktır.</w:t>
      </w:r>
    </w:p>
    <w:p>
      <w:pPr>
        <w:pStyle w:val="Heading1"/>
        <w:keepNext/>
      </w:pPr>
      <w:r>
        <w:rPr>
          <w:rFonts w:ascii="Times New Roman" w:hAnsi="Times New Roman" w:eastAsia="Times New Roman"/>
          <w:b/>
          <w:color w:val="000000"/>
          <w:sz w:val="22"/>
        </w:rPr>
        <w:t>İmza</w:t>
      </w:r>
    </w:p>
    <w:p>
      <w:pPr>
        <w:spacing w:before="220" w:after="20"/>
        <w:jc w:val="center"/>
      </w:pPr>
      <w:r>
        <w:rPr>
          <w:rFonts w:ascii="Times New Roman" w:hAnsi="Times New Roman" w:eastAsia="Times New Roman"/>
          <w:b w:val="0"/>
          <w:color w:val="000000"/>
          <w:sz w:val="21"/>
        </w:rPr>
        <w:t>28 Eylül 2026</w:t>
      </w:r>
    </w:p>
    <w:p>
      <w:pPr>
        <w:spacing w:before="0" w:after="20"/>
        <w:jc w:val="center"/>
      </w:pPr>
      <w:r>
        <w:rPr>
          <w:rFonts w:ascii="Times New Roman" w:hAnsi="Times New Roman" w:eastAsia="Times New Roman"/>
          <w:b/>
          <w:color w:val="000000"/>
          <w:sz w:val="21"/>
        </w:rPr>
        <w:t>Ders Öğretmeni</w:t>
      </w:r>
    </w:p>
    <w:p>
      <w:pPr>
        <w:spacing w:before="0" w:after="20"/>
        <w:jc w:val="center"/>
      </w:pPr>
      <w:r>
        <w:rPr>
          <w:rFonts w:ascii="Times New Roman" w:hAnsi="Times New Roman" w:eastAsia="Times New Roman"/>
          <w:b w:val="0"/>
          <w:color w:val="000000"/>
          <w:sz w:val="21"/>
        </w:rPr>
        <w:t>........................................................</w:t>
      </w:r>
    </w:p>
    <w:p>
      <w:pPr>
        <w:spacing w:before="0" w:after="20"/>
        <w:jc w:val="center"/>
      </w:pPr>
      <w:r>
        <w:rPr>
          <w:rFonts w:ascii="Times New Roman" w:hAnsi="Times New Roman" w:eastAsia="Times New Roman"/>
          <w:b w:val="0"/>
          <w:color w:val="000000"/>
          <w:sz w:val="21"/>
        </w:rPr>
        <w:t>İmza</w:t>
      </w:r>
    </w:p>
    <w:sectPr w:rsidR="00FC693F" w:rsidRPr="0006063C" w:rsidSect="00034616">
      <w:pgSz w:w="11906" w:h="16838"/>
      <w:pgMar w:top="1020" w:right="1049" w:bottom="1020"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69" w:lineRule="auto"/>
      <w:ind w:firstLine="369"/>
      <w:jc w:val="both"/>
    </w:pPr>
    <w:rPr>
      <w:rFonts w:ascii="Times New Roman" w:hAnsi="Times New Roman" w:eastAsia="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69" w:lineRule="auto"/>
      <w:ind w:firstLine="0"/>
      <w:jc w:val="left"/>
      <w:outlineLvl w:val="0"/>
    </w:pPr>
    <w:rPr>
      <w:rFonts w:asciiTheme="majorHAnsi" w:eastAsiaTheme="majorEastAsia" w:hAnsiTheme="majorHAnsi" w:cstheme="majorBidi" w:ascii="Times New Roman" w:hAnsi="Times New Roman" w:eastAsia="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120" w:after="80" w:line="269" w:lineRule="auto"/>
      <w:ind w:firstLine="0"/>
      <w:jc w:val="left"/>
      <w:outlineLvl w:val="1"/>
    </w:pPr>
    <w:rPr>
      <w:rFonts w:asciiTheme="majorHAnsi" w:eastAsiaTheme="majorEastAsia" w:hAnsiTheme="majorHAnsi" w:cstheme="majorBidi" w:ascii="Times New Roman" w:hAnsi="Times New Roman" w:eastAsia="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69" w:lineRule="auto" w:before="0"/>
      <w:ind w:firstLine="0"/>
      <w:contextualSpacing/>
      <w:jc w:val="center"/>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nStage">
    <w:name w:val="PlanStage"/>
    <w:basedOn w:val="Normal"/>
    <w:pPr>
      <w:spacing w:before="140" w:after="60"/>
      <w:ind w:firstLine="0"/>
    </w:pPr>
    <w:rPr>
      <w:rFonts w:ascii="Times New Roman" w:hAnsi="Times New Roman"/>
      <w:b/>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4. Sınıf Sosyal Bilgiler 3. Hafta Ders Planı</dc:title>
  <dc:subject>Sosyal Bilgiler Ders Planı</dc:subject>
  <dc:creator/>
  <cp:keywords/>
  <dc:description/>
  <cp:lastModifiedBy/>
  <cp:revision>1</cp:revision>
  <dcterms:created xsi:type="dcterms:W3CDTF">2013-12-23T23:15:00Z</dcterms:created>
  <dcterms:modified xsi:type="dcterms:W3CDTF">2013-12-23T23:15:00Z</dcterms:modified>
  <cp:category/>
</cp:coreProperties>
</file>