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İLKOKULU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4. SINIF SOSYAL BİLGİLER DERS PLANI</w:t>
      </w:r>
    </w:p>
    <w:p>
      <w:pPr>
        <w:pStyle w:val="Title"/>
        <w:spacing w:after="180"/>
      </w:pPr>
      <w:r>
        <w:rPr>
          <w:rFonts w:ascii="Times New Roman" w:hAnsi="Times New Roman" w:eastAsia="Times New Roman"/>
          <w:b/>
          <w:color w:val="000000"/>
          <w:sz w:val="24"/>
        </w:rPr>
        <w:t>5. HAFTA</w:t>
      </w:r>
    </w:p>
    <w:tbl>
      <w:tblPr>
        <w:tblW w:type="auto" w:w="0"/>
        <w:jc w:val="center"/>
        <w:tblLayout w:type="fixed"/>
        <w:tblLook w:firstColumn="1" w:firstRow="1" w:lastColumn="0" w:lastRow="0" w:noHBand="0" w:noVBand="1" w:val="04A0"/>
      </w:tblPr>
      <w:tblGrid>
        <w:gridCol w:w="2452"/>
        <w:gridCol w:w="2452"/>
        <w:gridCol w:w="2452"/>
        <w:gridCol w:w="2452"/>
      </w:tblGrid>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Sosyal Bilgiler</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4 / ............</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5. Hafta</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Uygulama Tarihi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12-16 Ekim 2026</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3 ders saati</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Düzenleme Tarihi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12 Ekim 2026 Pazartesi</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Ders Planı</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Dersin Gün ve Saati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Okul ders çizelgesine göre</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r>
    </w:tbl>
    <w:p>
      <w:pPr>
        <w:spacing w:after="0"/>
      </w:pPr>
    </w:p>
    <w:p>
      <w:pPr>
        <w:pStyle w:val="Heading1"/>
        <w:keepNext/>
      </w:pPr>
      <w:r>
        <w:rPr>
          <w:rFonts w:ascii="Times New Roman" w:hAnsi="Times New Roman" w:eastAsia="Times New Roman"/>
          <w:b/>
          <w:color w:val="000000"/>
          <w:sz w:val="22"/>
        </w:rPr>
        <w:t>Yıllık Planla Uyumlu Öğretim Çerçevesi</w:t>
      </w:r>
    </w:p>
    <w:tbl>
      <w:tblPr>
        <w:tblW w:type="auto" w:w="0"/>
        <w:jc w:val="center"/>
        <w:tblLayout w:type="fixed"/>
        <w:tblLook w:firstColumn="1" w:firstRow="1" w:lastColumn="0" w:lastRow="0" w:noHBand="0" w:noVBand="1" w:val="04A0"/>
      </w:tblPr>
      <w:tblGrid>
        <w:gridCol w:w="4904"/>
        <w:gridCol w:w="4904"/>
      </w:tblGrid>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Öğrenme Alanı</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Kültür ve Miras</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Konu / İçerik</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Aile Tarihi Çalışmasında Kaynak Kullanımı</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Kazanım</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SB.4.2.1. Sözlü, yazılı, görsel kaynaklar ve nesnelerden yararlanarak aile tarihi çalışması yapar.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Kazanım Açıklaması</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Aile tarihine ilişkin bir çalışmada sözlü, yazılı, görsel kaynaklar ve nesnelerden yararlanılabileceği; bilgi toplarken izin alma ve kişisel bilgileri koruma ilkelerinin gözetilmesi gerektiği üzerinde durulur.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Beceriler</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Kaynak türünü ayırt etme, bilgi-kaynak ilişkisi kurma, soru sorma, gizlilik farkındalığı ve düzenleme.</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Değerler</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Saygı, sorumluluk, sevgi ve dürüstlük.</w:t>
            </w:r>
          </w:p>
        </w:tc>
      </w:tr>
    </w:tbl>
    <w:p>
      <w:pPr>
        <w:spacing w:after="0"/>
      </w:pPr>
    </w:p>
    <w:p>
      <w:pPr>
        <w:pStyle w:val="Heading1"/>
        <w:keepNext/>
      </w:pPr>
      <w:r>
        <w:rPr>
          <w:rFonts w:ascii="Times New Roman" w:hAnsi="Times New Roman" w:eastAsia="Times New Roman"/>
          <w:b/>
          <w:color w:val="000000"/>
          <w:sz w:val="22"/>
        </w:rPr>
        <w:t>Hazırbulunuşluk ve Ön Değerlendirme</w:t>
      </w:r>
    </w:p>
    <w:p>
      <w:pPr>
        <w:spacing w:after="80" w:line="269" w:lineRule="auto"/>
        <w:ind w:firstLine="369"/>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eski-yeni karşılaştırması yapabildikleri; fotoğraf, mektup, eşya ve anlatıların geçmiş hakkında bilgi taşıyabileceğini fark ettikleri kabul edilir. Öğrencinin kendi ailesi hakkında bilgi vermesi beklenmez; çalışma kurmaca aile kaynakları üzerinden yapılır.</w:t>
      </w:r>
    </w:p>
    <w:p>
      <w:pPr>
        <w:spacing w:after="80" w:line="269" w:lineRule="auto"/>
        <w:ind w:firstLine="369"/>
      </w:pPr>
      <w:r>
        <w:rPr>
          <w:rFonts w:ascii="Times New Roman" w:hAnsi="Times New Roman" w:eastAsia="Times New Roman"/>
          <w:b/>
          <w:color w:val="000000"/>
          <w:sz w:val="21"/>
        </w:rPr>
        <w:t xml:space="preserve">Ön değerlendirme: </w:t>
      </w:r>
      <w:r>
        <w:rPr>
          <w:rFonts w:ascii="Times New Roman" w:hAnsi="Times New Roman" w:eastAsia="Times New Roman"/>
          <w:b w:val="0"/>
          <w:color w:val="000000"/>
          <w:sz w:val="21"/>
        </w:rPr>
        <w:t>Öğretmen isimsiz eski bir eşya görseli veya kurmaca fotoğraf kartı gösterir ve 'Bu nesne geçmiş hakkında ne söyleyebilir, neyi söyleyemez?' sorusunu yöneltir. Böylece bir kaynağın tek başına bütün bilgiyi vermeyebileceği, farklı kaynakların birlikte incelenebileceği hatırlatılır.</w:t>
      </w:r>
    </w:p>
    <w:p>
      <w:pPr>
        <w:spacing w:after="140" w:line="269" w:lineRule="auto"/>
        <w:ind w:firstLine="369"/>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Aile tarihi çalışması, bir kişinin özel hayatını sınıfta anlatmak değildir. Kaynak türünü tanıma, izin alma, gerekli bilgiyle yetinme ve kişisel veriyi koruma ilkeleri üzerinden güvenli araştırma alışkanlığı kazandırılır.</w:t>
      </w:r>
    </w:p>
    <w:p>
      <w:pPr>
        <w:pStyle w:val="Heading1"/>
        <w:keepNext/>
      </w:pPr>
      <w:r>
        <w:rPr>
          <w:rFonts w:ascii="Times New Roman" w:hAnsi="Times New Roman" w:eastAsia="Times New Roman"/>
          <w:b/>
          <w:color w:val="000000"/>
          <w:sz w:val="22"/>
        </w:rPr>
        <w:t>Araç Gereç ve Kaynak Kullanımı</w:t>
      </w:r>
    </w:p>
    <w:p>
      <w:pPr>
        <w:spacing w:after="80" w:line="269" w:lineRule="auto"/>
        <w:ind w:firstLine="369"/>
      </w:pPr>
      <w:r>
        <w:rPr>
          <w:rFonts w:ascii="Times New Roman" w:hAnsi="Times New Roman" w:eastAsia="Times New Roman"/>
          <w:b/>
          <w:color w:val="000000"/>
          <w:sz w:val="21"/>
        </w:rPr>
        <w:t xml:space="preserve">Araç gereç: </w:t>
      </w:r>
      <w:r>
        <w:rPr>
          <w:rFonts w:ascii="Times New Roman" w:hAnsi="Times New Roman" w:eastAsia="Times New Roman"/>
          <w:b w:val="0"/>
          <w:color w:val="000000"/>
          <w:sz w:val="21"/>
        </w:rPr>
        <w:t>İsimsiz temsilî aile fotoğrafı, kurmaca mektup ve günlük parçaları, nesne görselleri, kaynak türleri kartları, bilgi-kaynak tablosu, soru şablonu ve kalemler.</w:t>
      </w:r>
    </w:p>
    <w:p>
      <w:pPr>
        <w:spacing w:after="140" w:line="269" w:lineRule="auto"/>
        <w:ind w:firstLine="369"/>
      </w:pPr>
      <w:r>
        <w:rPr>
          <w:rFonts w:ascii="Times New Roman" w:hAnsi="Times New Roman" w:eastAsia="Times New Roman"/>
          <w:b/>
          <w:color w:val="000000"/>
          <w:sz w:val="21"/>
        </w:rPr>
        <w:t xml:space="preserve">Kaynak seçimi: </w:t>
      </w:r>
      <w:r>
        <w:rPr>
          <w:rFonts w:ascii="Times New Roman" w:hAnsi="Times New Roman" w:eastAsia="Times New Roman"/>
          <w:b w:val="0"/>
          <w:color w:val="000000"/>
          <w:sz w:val="21"/>
        </w:rPr>
        <w:t>Ders kitabı, öğretmenin hazırladığı kurmaca aile hikâyesi ve kişisel bilgi içermeyen kaynak kartları kullanılır. Evde yapılacak olası görüşmeler için öğrenciye izin alma, paylaşmama ve sadece gerekli bilgiyi kullanma ilkeleri anlatılır.</w:t>
      </w:r>
    </w:p>
    <w:p>
      <w:pPr>
        <w:pStyle w:val="Heading1"/>
        <w:keepNext/>
      </w:pPr>
      <w:r>
        <w:rPr>
          <w:rFonts w:ascii="Times New Roman" w:hAnsi="Times New Roman" w:eastAsia="Times New Roman"/>
          <w:b/>
          <w:color w:val="000000"/>
          <w:sz w:val="22"/>
        </w:rPr>
        <w:t>Öğretim Ortamı ve Süreç İçi Geri Bildirim</w:t>
      </w:r>
    </w:p>
    <w:p>
      <w:pPr>
        <w:spacing w:after="80" w:line="269" w:lineRule="auto"/>
        <w:ind w:firstLine="369"/>
      </w:pPr>
      <w:r>
        <w:rPr>
          <w:rFonts w:ascii="Times New Roman" w:hAnsi="Times New Roman" w:eastAsia="Times New Roman"/>
          <w:b/>
          <w:color w:val="000000"/>
          <w:sz w:val="21"/>
        </w:rPr>
        <w:t xml:space="preserve">Katılım düzeni: </w:t>
      </w:r>
      <w:r>
        <w:rPr>
          <w:rFonts w:ascii="Times New Roman" w:hAnsi="Times New Roman" w:eastAsia="Times New Roman"/>
          <w:b w:val="0"/>
          <w:color w:val="000000"/>
          <w:sz w:val="21"/>
        </w:rPr>
        <w:t>Öğrenme ortamı, öğrencilerin gerçek kimlik, aile, adres veya sağlık bilgisini açıklamasını gerektirmeyecek şekilde; temsilî kartlar, kurmaca kişiler, ortak sınıf örnekleri ve kişisel veri içermeyen görsellerle düzenlenir. Öğretmen, öğrencinin kendi yaşantısını paylaşmak istemediği durumlarda isimsiz veya kurmaca örnek kullanabileceğini hatırlatır. Sözcü, yazıcı, materyal sorumlusu ve süre takipçisi gibi görevler dönüşümlü verilerek herkesin sürece katılması desteklenir.</w:t>
      </w:r>
    </w:p>
    <w:p>
      <w:pPr>
        <w:spacing w:after="140" w:line="269" w:lineRule="auto"/>
        <w:ind w:firstLine="369"/>
      </w:pPr>
      <w:r>
        <w:rPr>
          <w:rFonts w:ascii="Times New Roman" w:hAnsi="Times New Roman" w:eastAsia="Times New Roman"/>
          <w:b/>
          <w:color w:val="000000"/>
          <w:sz w:val="21"/>
        </w:rPr>
        <w:t xml:space="preserve">Geri bildirim: </w:t>
      </w:r>
      <w:r>
        <w:rPr>
          <w:rFonts w:ascii="Times New Roman" w:hAnsi="Times New Roman" w:eastAsia="Times New Roman"/>
          <w:b w:val="0"/>
          <w:color w:val="000000"/>
          <w:sz w:val="21"/>
        </w:rPr>
        <w:t>Geri bildirim, öğrencinin ürününde görülen somut kanıta dayanır. Öğretmen yalnızca doğru ya da yanlış sonucu söylemek yerine, öğrencinin kullandığı ipucu, gerekçe veya sınıflama ölçütü hakkında açıklayıcı soru sorar. Kısa akran kontrolünde saygılı dil, görevi tamamlama ve gerekçe sunma izlenir. Gerekirse bir sonraki derse geçmeden önce küçük grup çalışması, örnek modelleme veya görsel destek uygulanır.</w:t>
      </w:r>
    </w:p>
    <w:p>
      <w:pPr>
        <w:pStyle w:val="Heading1"/>
        <w:keepNext/>
      </w:pPr>
      <w:r>
        <w:rPr>
          <w:rFonts w:ascii="Times New Roman" w:hAnsi="Times New Roman" w:eastAsia="Times New Roman"/>
          <w:b/>
          <w:color w:val="000000"/>
          <w:sz w:val="22"/>
        </w:rPr>
        <w:t>Öğrenme Öğretme Süreci</w:t>
      </w:r>
    </w:p>
    <w:p>
      <w:pPr>
        <w:spacing w:after="140" w:line="269" w:lineRule="auto"/>
        <w:ind w:firstLine="369"/>
      </w:pPr>
      <w:r>
        <w:rPr>
          <w:rFonts w:ascii="Times New Roman" w:hAnsi="Times New Roman" w:eastAsia="Times New Roman"/>
          <w:b/>
          <w:color w:val="000000"/>
          <w:sz w:val="21"/>
        </w:rPr>
        <w:t xml:space="preserve">Uygulama notu: </w:t>
      </w:r>
      <w:r>
        <w:rPr>
          <w:rFonts w:ascii="Times New Roman" w:hAnsi="Times New Roman" w:eastAsia="Times New Roman"/>
          <w:b w:val="0"/>
          <w:color w:val="000000"/>
          <w:sz w:val="21"/>
        </w:rPr>
        <w:t>Ders saatleri 40 dakika esas alınarak planlanmıştır. Okulun ders çizelgesindeki süre farklıysa etkinliklerin süresi orantılı biçimde düzenlenir. Bu plan, yürürlükteki öğretim programı ve 2026-2027 çalışma takvimi dikkate alınarak hazırlanmış uyarlanabilir bir çalışma dosyasıdır; okulun zümre kararı, ders kitabı sırası, telafi günleri ve öğrenci gereksinimleri uygulama öncesinde gözden geçirilir.</w:t>
      </w:r>
    </w:p>
    <w:p>
      <w:pPr>
        <w:pStyle w:val="Heading2"/>
        <w:keepNext/>
      </w:pPr>
      <w:r>
        <w:rPr>
          <w:rFonts w:ascii="Times New Roman" w:hAnsi="Times New Roman" w:eastAsia="Times New Roman"/>
          <w:b/>
          <w:color w:val="000000"/>
          <w:sz w:val="21"/>
        </w:rPr>
        <w:t>Ders Saati 1 - Kaynak Türlerini Tanıma</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sözlü kaynak, yazılı kaynak, görsel kaynak ve nesne kavramlarını temsilî örneklerle tanıtır. Bir büyüğün anlattığının sözlü; mektup, belge veya günlük parçasının yazılı; fotoğrafın görsel; eski bir eşyanın ise nesne kaynağı olabileceğini açıklar. Her kaynağın farklı türde bilgi verebileceğini ve araştırmacının kaynağı dikkatle incelemesi gerektiğini vurgular.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kaynak kartlarını dört başlık altında sınıflar. Her kart için 'Bu kaynaktan ne öğrenilebilir?' sorusuna kısa yanıt yazar. Grup, aynı olayla ilgili iki farklı kaynağın hangi yönlerden birbirini tamamlayabileceğini konuşur ve seçtiği bir örneği sınıfa sunar.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Kaynak türü sınıflaması, bilgi-kaynak eşleştirmesi ve grup paylaşımı.</w:t>
      </w:r>
    </w:p>
    <w:p>
      <w:pPr>
        <w:pStyle w:val="Heading2"/>
        <w:keepNext/>
      </w:pPr>
      <w:r>
        <w:rPr>
          <w:rFonts w:ascii="Times New Roman" w:hAnsi="Times New Roman" w:eastAsia="Times New Roman"/>
          <w:b/>
          <w:color w:val="000000"/>
          <w:sz w:val="21"/>
        </w:rPr>
        <w:t>Ders Saati 2 - Kurmaca Aile Hikâyesini İnceleme</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kurmaca bir aileye ait fotoğraf, kısa anlatı, tarihli not ve nesne kartlarını dağıtır. Öğrencilerin kaynaktan doğrudan görülen bilgi ile tahmin ettikleri bilgiyi ayırmalarını ister. Bir fotoğrafın kimleri gösterdiğini söyleyebileceği, ancak duygular veya kesin tarih hakkında her zaman yeterli bilgi vermeyebileceği örnekle açıklanır.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kurmaca aile kartlarından elde edilebilecek bilgileri tabloya yazar ve her bilginin yanına kaynak türünü ekler. Grup içinde, bir bilginin hangi kaynakla doğrulanabileceğini tartışır. İsim, adres veya özel durum gibi ayrıntıların çalışma için gerekli olmadığı fark edilir.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Doldurulmuş bilgi-kaynak tablosu, doğrudan bilgi ile tahmini ayıran iki örnek.</w:t>
      </w:r>
    </w:p>
    <w:p>
      <w:pPr>
        <w:pStyle w:val="Heading2"/>
        <w:keepNext/>
      </w:pPr>
      <w:r>
        <w:rPr>
          <w:rFonts w:ascii="Times New Roman" w:hAnsi="Times New Roman" w:eastAsia="Times New Roman"/>
          <w:b/>
          <w:color w:val="000000"/>
          <w:sz w:val="21"/>
        </w:rPr>
        <w:t>Ders Saati 3 - Güvenli Araştırma Sorusu Yazma</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 aile tarihi görüşmesinde soru sormadan önce izin istemenin, yalnızca gerekli bilgiyi kaydetmenin ve paylaşılmaması gereken bilgileri kullanmamanın önemini açıklar. Güvenli sorular ile gereksiz özel bilgi isteyen soruları karşılaştırır. Öğrencilere, çalışmayı isterlerse tamamen kurmaca kaynaklarla sürdürebileceklerini hatırlatır.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kurmaca aile hikâyesi için geçmişte yapılan bir etkinlik, kullanılan bir eşya veya yaşanan bir değişim hakkında güvenli iki soru yazar. Eşli kontrolde sorunun cevabının hangi kaynakla bulunabileceğini işaretler. Çıkış biletinde aile tarihi çalışmasında kullanılabilecek iki kaynak ve bir gizlilik kuralı belirtir.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İki güvenli araştırma sorusu, kaynak önerisi ve gizlilik kuralını içeren çıkış bileti.</w:t>
      </w:r>
    </w:p>
    <w:p>
      <w:pPr>
        <w:pStyle w:val="Heading1"/>
        <w:keepNext/>
      </w:pPr>
      <w:r>
        <w:rPr>
          <w:rFonts w:ascii="Times New Roman" w:hAnsi="Times New Roman" w:eastAsia="Times New Roman"/>
          <w:b/>
          <w:color w:val="000000"/>
          <w:sz w:val="22"/>
        </w:rPr>
        <w:t>Farklılaştırma</w:t>
      </w:r>
    </w:p>
    <w:p>
      <w:pPr>
        <w:spacing w:after="80" w:line="269" w:lineRule="auto"/>
        <w:ind w:firstLine="369"/>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Kaynak türlerini ayırt etmekte zorlanan öğrenciler için resimli kartlar, başlık renkleri ve önceden doldurulmuş bir örnek tablo kullanılır. Soru yazmakta zorlanan öğrenci, 'Geçmişte ... nasıl yapılırdı?' veya 'Bu eşya bize ne anlatır?' cümle başlangıçlarından yararlanır.</w:t>
      </w:r>
    </w:p>
    <w:p>
      <w:pPr>
        <w:spacing w:after="140" w:line="269" w:lineRule="auto"/>
        <w:ind w:firstLine="369"/>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Hızlı ilerleyen öğrenciler, anonim bir aile tarihi görüşmesi için beş soru taslağı hazırlar; her sorunun hangi kaynak türüyle desteklenebileceğini ve hangi sorunun gereksiz özel bilgi içerebileceğini gerekçelendirir.</w:t>
      </w:r>
    </w:p>
    <w:p>
      <w:pPr>
        <w:pStyle w:val="Heading1"/>
        <w:keepNext/>
      </w:pPr>
      <w:r>
        <w:rPr>
          <w:rFonts w:ascii="Times New Roman" w:hAnsi="Times New Roman" w:eastAsia="Times New Roman"/>
          <w:b/>
          <w:color w:val="000000"/>
          <w:sz w:val="22"/>
        </w:rPr>
        <w:t>Ölçme ve Değerlendirme</w:t>
      </w:r>
    </w:p>
    <w:p>
      <w:pPr>
        <w:spacing w:after="100" w:line="269" w:lineRule="auto"/>
        <w:ind w:firstLine="369"/>
      </w:pPr>
      <w:r>
        <w:rPr>
          <w:rFonts w:ascii="Times New Roman" w:hAnsi="Times New Roman" w:eastAsia="Times New Roman"/>
          <w:b/>
          <w:color w:val="000000"/>
          <w:sz w:val="21"/>
        </w:rPr>
        <w:t xml:space="preserve">Değerlendirme yaklaşımı: </w:t>
      </w:r>
      <w:r>
        <w:rPr>
          <w:rFonts w:ascii="Times New Roman" w:hAnsi="Times New Roman" w:eastAsia="Times New Roman"/>
          <w:b w:val="0"/>
          <w:color w:val="000000"/>
          <w:sz w:val="21"/>
        </w:rPr>
        <w:t>Değerlendirme; kaynak türleri sınıflaması, bilgi-kaynak tablosu, güvenli soru yazma ve çıkış bileti üzerinden yapılır. Öğrencinin yalnızca kaynak adını bilmesi değil, kaynakla elde edilebilecek bilgi ve gizlilik ilkesi arasında bağ kurması önemlidir.</w:t>
      </w:r>
    </w:p>
    <w:tbl>
      <w:tblPr>
        <w:tblW w:type="auto" w:w="0"/>
        <w:jc w:val="center"/>
        <w:tblLayout w:type="fixed"/>
        <w:tblLook w:firstColumn="1" w:firstRow="1" w:lastColumn="0" w:lastRow="0" w:noHBand="0" w:noVBand="1" w:val="04A0"/>
      </w:tblPr>
      <w:tblGrid>
        <w:gridCol w:w="3269"/>
        <w:gridCol w:w="3269"/>
        <w:gridCol w:w="3269"/>
      </w:tblGrid>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Öğrenme Kanıtı</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Sözlü, yazılı, görsel kaynak ve nesneyi ayırt eder.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Bir bilgiyi uygun kaynak türüyle ilişkilendirir.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Doğrudan bilgi ile tahmini ayırır.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İzin ve kişisel bilgilerin korunmasına yönelik uygun kural söyler.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bl>
    <w:p>
      <w:pPr>
        <w:spacing w:after="0"/>
      </w:pPr>
    </w:p>
    <w:p>
      <w:pPr>
        <w:pStyle w:val="Heading1"/>
        <w:keepNext/>
      </w:pPr>
      <w:r>
        <w:rPr>
          <w:rFonts w:ascii="Times New Roman" w:hAnsi="Times New Roman" w:eastAsia="Times New Roman"/>
          <w:b/>
          <w:color w:val="000000"/>
          <w:sz w:val="22"/>
        </w:rPr>
        <w:t>Sınıf Defterine Yazılacak İfade</w:t>
      </w:r>
    </w:p>
    <w:p>
      <w:pPr>
        <w:spacing w:after="140" w:line="269" w:lineRule="auto"/>
        <w:ind w:firstLine="369"/>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SB.4.2.1. Aile tarihi çalışmasında sözlü, yazılı, görsel kaynaklar ve nesnelerden yararlanma; kurmaca kaynaklar, güvenli soru yazma ve gizlilik ilkeleriyle işlendi.</w:t>
      </w:r>
    </w:p>
    <w:p>
      <w:pPr>
        <w:pStyle w:val="Heading1"/>
        <w:keepNext/>
      </w:pPr>
      <w:r>
        <w:rPr>
          <w:rFonts w:ascii="Times New Roman" w:hAnsi="Times New Roman" w:eastAsia="Times New Roman"/>
          <w:b/>
          <w:color w:val="000000"/>
          <w:sz w:val="22"/>
        </w:rPr>
        <w:t>Öğretmen Yansıtması ve Sonraki Haftaya Hazırlık</w:t>
      </w:r>
    </w:p>
    <w:p>
      <w:pPr>
        <w:spacing w:after="140" w:line="276" w:lineRule="auto"/>
        <w:ind w:firstLine="0"/>
        <w:jc w:val="left"/>
      </w:pPr>
      <w:r>
        <w:rPr>
          <w:rFonts w:ascii="Times New Roman" w:hAnsi="Times New Roman" w:eastAsia="Times New Roman"/>
          <w:b w:val="0"/>
          <w:color w:val="000000"/>
          <w:sz w:val="20"/>
        </w:rPr>
        <w:t>Öğrencilerin en çok zorlandığı kavram, beceri veya ilişki: ..............................................................................................................................</w:t>
      </w:r>
    </w:p>
    <w:p>
      <w:pPr>
        <w:spacing w:after="140" w:line="276" w:lineRule="auto"/>
        <w:ind w:firstLine="0"/>
        <w:jc w:val="left"/>
      </w:pPr>
      <w:r>
        <w:rPr>
          <w:rFonts w:ascii="Times New Roman" w:hAnsi="Times New Roman" w:eastAsia="Times New Roman"/>
          <w:b w:val="0"/>
          <w:color w:val="000000"/>
          <w:sz w:val="20"/>
        </w:rPr>
        <w:t>Bir sonraki uygulamada korunacak ya da değiştirilecek öğretim adımı: .................................................................................................................</w:t>
      </w:r>
    </w:p>
    <w:p>
      <w:pPr>
        <w:spacing w:after="140" w:line="276" w:lineRule="auto"/>
        <w:ind w:firstLine="0"/>
        <w:jc w:val="left"/>
      </w:pPr>
      <w:r>
        <w:rPr>
          <w:rFonts w:ascii="Times New Roman" w:hAnsi="Times New Roman" w:eastAsia="Times New Roman"/>
          <w:b w:val="0"/>
          <w:color w:val="000000"/>
          <w:sz w:val="20"/>
        </w:rPr>
        <w:t>Destekleme veya zenginleştirme ihtiyacı görülen çalışma: .....................................................................................................................................</w:t>
      </w:r>
    </w:p>
    <w:p>
      <w:pPr>
        <w:spacing w:after="140" w:line="276" w:lineRule="auto"/>
        <w:ind w:firstLine="0"/>
        <w:jc w:val="left"/>
      </w:pPr>
      <w:r>
        <w:rPr>
          <w:rFonts w:ascii="Times New Roman" w:hAnsi="Times New Roman" w:eastAsia="Times New Roman"/>
          <w:b w:val="0"/>
          <w:color w:val="000000"/>
          <w:sz w:val="20"/>
        </w:rPr>
        <w:t>Sonraki haftaya hazırlık notu: Bir sonraki haftada aile ve yakın çevrede millî kültürü yansıtan ögeler araştırılacaktır.</w:t>
      </w:r>
    </w:p>
    <w:p>
      <w:pPr>
        <w:pStyle w:val="Heading1"/>
        <w:keepNext/>
      </w:pPr>
      <w:r>
        <w:rPr>
          <w:rFonts w:ascii="Times New Roman" w:hAnsi="Times New Roman" w:eastAsia="Times New Roman"/>
          <w:b/>
          <w:color w:val="000000"/>
          <w:sz w:val="22"/>
        </w:rPr>
        <w:t>İmza</w:t>
      </w:r>
    </w:p>
    <w:p>
      <w:pPr>
        <w:spacing w:before="220" w:after="20"/>
        <w:jc w:val="center"/>
      </w:pPr>
      <w:r>
        <w:rPr>
          <w:rFonts w:ascii="Times New Roman" w:hAnsi="Times New Roman" w:eastAsia="Times New Roman"/>
          <w:b w:val="0"/>
          <w:color w:val="000000"/>
          <w:sz w:val="21"/>
        </w:rPr>
        <w:t>12 Ekim 2026</w:t>
      </w:r>
    </w:p>
    <w:p>
      <w:pPr>
        <w:spacing w:before="0" w:after="20"/>
        <w:jc w:val="center"/>
      </w:pPr>
      <w:r>
        <w:rPr>
          <w:rFonts w:ascii="Times New Roman" w:hAnsi="Times New Roman" w:eastAsia="Times New Roman"/>
          <w:b/>
          <w:color w:val="000000"/>
          <w:sz w:val="21"/>
        </w:rPr>
        <w:t>Ders Öğretmeni</w:t>
      </w:r>
    </w:p>
    <w:p>
      <w:pPr>
        <w:spacing w:before="0" w:after="20"/>
        <w:jc w:val="center"/>
      </w:pPr>
      <w:r>
        <w:rPr>
          <w:rFonts w:ascii="Times New Roman" w:hAnsi="Times New Roman" w:eastAsia="Times New Roman"/>
          <w:b w:val="0"/>
          <w:color w:val="000000"/>
          <w:sz w:val="21"/>
        </w:rPr>
        <w:t>........................................................</w:t>
      </w:r>
    </w:p>
    <w:p>
      <w:pPr>
        <w:spacing w:before="0" w:after="20"/>
        <w:jc w:val="center"/>
      </w:pPr>
      <w:r>
        <w:rPr>
          <w:rFonts w:ascii="Times New Roman" w:hAnsi="Times New Roman" w:eastAsia="Times New Roman"/>
          <w:b w:val="0"/>
          <w:color w:val="000000"/>
          <w:sz w:val="21"/>
        </w:rPr>
        <w:t>İmza</w:t>
      </w:r>
    </w:p>
    <w:sectPr w:rsidR="00FC693F" w:rsidRPr="0006063C" w:rsidSect="00034616">
      <w:pgSz w:w="11906" w:h="16838"/>
      <w:pgMar w:top="1020" w:right="1049" w:bottom="1020"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69" w:lineRule="auto"/>
      <w:ind w:firstLine="369"/>
      <w:jc w:val="both"/>
    </w:pPr>
    <w:rPr>
      <w:rFonts w:ascii="Times New Roman" w:hAnsi="Times New Roman" w:eastAsia="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69" w:lineRule="auto"/>
      <w:ind w:firstLine="0"/>
      <w:jc w:val="left"/>
      <w:outlineLvl w:val="0"/>
    </w:pPr>
    <w:rPr>
      <w:rFonts w:asciiTheme="majorHAnsi" w:eastAsiaTheme="majorEastAsia" w:hAnsiTheme="majorHAnsi" w:cstheme="majorBidi" w:ascii="Times New Roman" w:hAnsi="Times New Roman" w:eastAsia="Times New Roman"/>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120" w:after="80" w:line="269" w:lineRule="auto"/>
      <w:ind w:firstLine="0"/>
      <w:jc w:val="left"/>
      <w:outlineLvl w:val="1"/>
    </w:pPr>
    <w:rPr>
      <w:rFonts w:asciiTheme="majorHAnsi" w:eastAsiaTheme="majorEastAsia" w:hAnsiTheme="majorHAnsi" w:cstheme="majorBidi" w:ascii="Times New Roman" w:hAnsi="Times New Roman" w:eastAsia="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69" w:lineRule="auto" w:before="0"/>
      <w:ind w:firstLine="0"/>
      <w:contextualSpacing/>
      <w:jc w:val="center"/>
    </w:pPr>
    <w:rPr>
      <w:rFonts w:asciiTheme="majorHAnsi" w:eastAsiaTheme="majorEastAsia" w:hAnsiTheme="majorHAnsi" w:cstheme="majorBidi" w:ascii="Times New Roman" w:hAnsi="Times New Roman" w:eastAsia="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lanStage">
    <w:name w:val="PlanStage"/>
    <w:basedOn w:val="Normal"/>
    <w:pPr>
      <w:spacing w:before="140" w:after="60"/>
      <w:ind w:firstLine="0"/>
    </w:pPr>
    <w:rPr>
      <w:rFonts w:ascii="Times New Roman" w:hAnsi="Times New Roman"/>
      <w:b/>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4. Sınıf Sosyal Bilgiler 5. Hafta Ders Planı</dc:title>
  <dc:subject>Sosyal Bilgiler Ders Planı</dc:subject>
  <dc:creator/>
  <cp:keywords/>
  <dc:description/>
  <cp:lastModifiedBy/>
  <cp:revision>1</cp:revision>
  <dcterms:created xsi:type="dcterms:W3CDTF">2013-12-23T23:15:00Z</dcterms:created>
  <dcterms:modified xsi:type="dcterms:W3CDTF">2013-12-23T23:15:00Z</dcterms:modified>
  <cp:category/>
</cp:coreProperties>
</file>