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İLKOKULU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4. SINIF SOSYAL BİLGİLER DERS PLANI</w:t>
      </w:r>
    </w:p>
    <w:p>
      <w:pPr>
        <w:pStyle w:val="Title"/>
        <w:spacing w:after="180"/>
      </w:pPr>
      <w:r>
        <w:rPr>
          <w:rFonts w:ascii="Times New Roman" w:hAnsi="Times New Roman" w:eastAsia="Times New Roman"/>
          <w:b/>
          <w:color w:val="000000"/>
          <w:sz w:val="24"/>
        </w:rPr>
        <w:t>7. HAFTA</w:t>
      </w:r>
    </w:p>
    <w:tbl>
      <w:tblPr>
        <w:tblW w:type="auto" w:w="0"/>
        <w:jc w:val="center"/>
        <w:tblLayout w:type="fixed"/>
        <w:tblLook w:firstColumn="1" w:firstRow="1" w:lastColumn="0" w:lastRow="0" w:noHBand="0" w:noVBand="1" w:val="04A0"/>
      </w:tblPr>
      <w:tblGrid>
        <w:gridCol w:w="2452"/>
        <w:gridCol w:w="2452"/>
        <w:gridCol w:w="2452"/>
        <w:gridCol w:w="2452"/>
      </w:tblGrid>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Sosyal Bilgiler</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4 / ............</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7. Hafta</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Uygulama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26-30 Ekim 2026</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3 ders saati</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Düzenleme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26 Ekim 2026 Pazartesi</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Ders Planı</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Dersin Gün ve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Okul ders çizelgesine göre</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r>
    </w:tbl>
    <w:p>
      <w:pPr>
        <w:spacing w:after="0"/>
      </w:pPr>
    </w:p>
    <w:p>
      <w:pPr>
        <w:pStyle w:val="Heading1"/>
        <w:keepNext/>
      </w:pPr>
      <w:r>
        <w:rPr>
          <w:rFonts w:ascii="Times New Roman" w:hAnsi="Times New Roman" w:eastAsia="Times New Roman"/>
          <w:b/>
          <w:color w:val="000000"/>
          <w:sz w:val="22"/>
        </w:rPr>
        <w:t>Yıllık Planla Uyumlu Öğretim Çerçevesi</w:t>
      </w:r>
    </w:p>
    <w:tbl>
      <w:tblPr>
        <w:tblW w:type="auto" w:w="0"/>
        <w:jc w:val="center"/>
        <w:tblLayout w:type="fixed"/>
        <w:tblLook w:firstColumn="1" w:firstRow="1" w:lastColumn="0" w:lastRow="0" w:noHBand="0" w:noVBand="1" w:val="04A0"/>
      </w:tblPr>
      <w:tblGrid>
        <w:gridCol w:w="4904"/>
        <w:gridCol w:w="4904"/>
      </w:tblGrid>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Öğrenme Alanı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Kültür ve Miras</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Konu / İçerik</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Kültürel Ögeleri Tamamlama ve Geleneksel Çocuk Oyunları</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SB.4.2.2. Millî kültürü yansıtan ögeler çalışması 1 ders saatinde tamamlanır. SB.4.2.3. Geleneksel çocuk oyunlarını değişim ve süreklilik açısından günümüzdeki oyunlarla karşılaştırır.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 Açıklaması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Haftanın ilk ders saatinde millî kültür ögeleri araştırma ürünü tamamlanır. Sonraki iki ders saatinde geleneksel çocuk oyunları ile günümüzdeki oyunlar araç, alan, kural ve katılım bakımından karşılaştırılır.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Beceriler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Karşılaştırma, gözlem, sınıflama, değişim-süreklilik ilişkisi kurma ve gerekçeli ifade.</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Değerler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Kültürel mirasa duyarlılık, saygı, sorumluluk, adalet ve iş birliği.</w:t>
            </w:r>
          </w:p>
        </w:tc>
      </w:tr>
    </w:tbl>
    <w:p>
      <w:pPr>
        <w:spacing w:after="0"/>
      </w:pPr>
    </w:p>
    <w:p>
      <w:pPr>
        <w:pStyle w:val="Heading1"/>
        <w:keepNext/>
      </w:pPr>
      <w:r>
        <w:rPr>
          <w:rFonts w:ascii="Times New Roman" w:hAnsi="Times New Roman" w:eastAsia="Times New Roman"/>
          <w:b/>
          <w:color w:val="000000"/>
          <w:sz w:val="22"/>
        </w:rPr>
        <w:t>Hazırbulunuşluk ve Ön Değerlendirme</w:t>
      </w:r>
    </w:p>
    <w:p>
      <w:pPr>
        <w:spacing w:after="80" w:line="269" w:lineRule="auto"/>
        <w:ind w:firstLine="369"/>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önceki haftada millî kültürü yansıtan ögelere örnek verdikleri ve araştırma sorusu oluşturdukları kabul edilir. Oyunların her dönemde değişebileceği; ancak kurallar, paylaşma ve birlikte oynama gibi bazı yönlerin sürdüğü üzerinde durulur.</w:t>
      </w:r>
    </w:p>
    <w:p>
      <w:pPr>
        <w:spacing w:after="80" w:line="269" w:lineRule="auto"/>
        <w:ind w:firstLine="369"/>
      </w:pPr>
      <w:r>
        <w:rPr>
          <w:rFonts w:ascii="Times New Roman" w:hAnsi="Times New Roman" w:eastAsia="Times New Roman"/>
          <w:b/>
          <w:color w:val="000000"/>
          <w:sz w:val="21"/>
        </w:rPr>
        <w:t xml:space="preserve">Ön değerlendirme: </w:t>
      </w:r>
      <w:r>
        <w:rPr>
          <w:rFonts w:ascii="Times New Roman" w:hAnsi="Times New Roman" w:eastAsia="Times New Roman"/>
          <w:b w:val="0"/>
          <w:color w:val="000000"/>
          <w:sz w:val="21"/>
        </w:rPr>
        <w:t>Önceki haftanın araştırma ürünleri kısa biçimde gözden geçirilir. Öğretmen 'Bir oyunun aracı değişse de birlikte oynama isteği devam edebilir mi?' sorusunu yöneltir ve öğrencilerin oyunları yalnızca iyi-kötü olarak değil, değişen ve süren özellikleriyle incelemesini ister.</w:t>
      </w:r>
    </w:p>
    <w:p>
      <w:pPr>
        <w:spacing w:after="140" w:line="269" w:lineRule="auto"/>
        <w:ind w:firstLine="369"/>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Millî kültürü yansıtan ögeleri tanıma çalışması, geleneksel çocuk oyunlarının günlük yaşamdaki yeriyle ilişkilendirilir. Öğrenciler geçmiş ve günümüz arasında karşılaştırma yaparken her oyunun tek biçimi olmadığını, bölge ve zamana göre değişebileceğini fark eder.</w:t>
      </w:r>
    </w:p>
    <w:p>
      <w:pPr>
        <w:pStyle w:val="Heading1"/>
        <w:keepNext/>
      </w:pPr>
      <w:r>
        <w:rPr>
          <w:rFonts w:ascii="Times New Roman" w:hAnsi="Times New Roman" w:eastAsia="Times New Roman"/>
          <w:b/>
          <w:color w:val="000000"/>
          <w:sz w:val="22"/>
        </w:rPr>
        <w:t>Araç Gereç ve Kaynak Kullanımı</w:t>
      </w:r>
    </w:p>
    <w:p>
      <w:pPr>
        <w:spacing w:after="80" w:line="269" w:lineRule="auto"/>
        <w:ind w:firstLine="369"/>
      </w:pPr>
      <w:r>
        <w:rPr>
          <w:rFonts w:ascii="Times New Roman" w:hAnsi="Times New Roman" w:eastAsia="Times New Roman"/>
          <w:b/>
          <w:color w:val="000000"/>
          <w:sz w:val="21"/>
        </w:rPr>
        <w:t xml:space="preserve">Araç gereç: </w:t>
      </w:r>
      <w:r>
        <w:rPr>
          <w:rFonts w:ascii="Times New Roman" w:hAnsi="Times New Roman" w:eastAsia="Times New Roman"/>
          <w:b w:val="0"/>
          <w:color w:val="000000"/>
          <w:sz w:val="21"/>
        </w:rPr>
        <w:t>Önceki haftanın araştırma ürünleri, geleneksel oyun görselleri, güncel oyun kartları, karşılaştırma tablosu, kısa video veya görsel sunu, güvenli oyun alanı yönergesi ve kalemler.</w:t>
      </w:r>
    </w:p>
    <w:p>
      <w:pPr>
        <w:spacing w:after="140" w:line="269" w:lineRule="auto"/>
        <w:ind w:firstLine="369"/>
      </w:pPr>
      <w:r>
        <w:rPr>
          <w:rFonts w:ascii="Times New Roman" w:hAnsi="Times New Roman" w:eastAsia="Times New Roman"/>
          <w:b/>
          <w:color w:val="000000"/>
          <w:sz w:val="21"/>
        </w:rPr>
        <w:t xml:space="preserve">Kaynak seçimi: </w:t>
      </w:r>
      <w:r>
        <w:rPr>
          <w:rFonts w:ascii="Times New Roman" w:hAnsi="Times New Roman" w:eastAsia="Times New Roman"/>
          <w:b w:val="0"/>
          <w:color w:val="000000"/>
          <w:sz w:val="21"/>
        </w:rPr>
        <w:t>Ders kitabındaki oyun örnekleri, kişisel veri içermeyen görseller ve öğretmenin hazırladığı kartlar kullanılır. Bahçede uygulama yapılacaksa okulun güvenlik kuralları, hava koşulları ve öğrencilerin katılım tercihi dikkate alınır.</w:t>
      </w:r>
    </w:p>
    <w:p>
      <w:pPr>
        <w:pStyle w:val="Heading1"/>
        <w:keepNext/>
      </w:pPr>
      <w:r>
        <w:rPr>
          <w:rFonts w:ascii="Times New Roman" w:hAnsi="Times New Roman" w:eastAsia="Times New Roman"/>
          <w:b/>
          <w:color w:val="000000"/>
          <w:sz w:val="22"/>
        </w:rPr>
        <w:t>Öğretim Ortamı ve Süreç İçi Geri Bildirim</w:t>
      </w:r>
    </w:p>
    <w:p>
      <w:pPr>
        <w:spacing w:after="80" w:line="269" w:lineRule="auto"/>
        <w:ind w:firstLine="369"/>
      </w:pPr>
      <w:r>
        <w:rPr>
          <w:rFonts w:ascii="Times New Roman" w:hAnsi="Times New Roman" w:eastAsia="Times New Roman"/>
          <w:b/>
          <w:color w:val="000000"/>
          <w:sz w:val="21"/>
        </w:rPr>
        <w:t xml:space="preserve">Katılım düzeni: </w:t>
      </w:r>
      <w:r>
        <w:rPr>
          <w:rFonts w:ascii="Times New Roman" w:hAnsi="Times New Roman" w:eastAsia="Times New Roman"/>
          <w:b w:val="0"/>
          <w:color w:val="000000"/>
          <w:sz w:val="21"/>
        </w:rPr>
        <w:t>Öğrenme ortamı, öğrencilerin gerçek kimlik, aile, adres veya sağlık bilgisini açıklamasını gerektirmeyecek şekilde; temsilî kartlar, kurmaca kişiler, ortak sınıf örnekleri ve kişisel veri içermeyen görsellerle düzenlenir. Öğretmen, öğrencinin kendi yaşantısını paylaşmak istemediği durumlarda isimsiz veya kurmaca örnek kullanabileceğini hatırlatır. Sözcü, yazıcı, materyal sorumlusu ve süre takipçisi gibi görevler dönüşümlü verilerek herkesin sürece katılması desteklenir.</w:t>
      </w:r>
    </w:p>
    <w:p>
      <w:pPr>
        <w:spacing w:after="140" w:line="269" w:lineRule="auto"/>
        <w:ind w:firstLine="369"/>
      </w:pPr>
      <w:r>
        <w:rPr>
          <w:rFonts w:ascii="Times New Roman" w:hAnsi="Times New Roman" w:eastAsia="Times New Roman"/>
          <w:b/>
          <w:color w:val="000000"/>
          <w:sz w:val="21"/>
        </w:rPr>
        <w:t xml:space="preserve">Geri bildirim: </w:t>
      </w:r>
      <w:r>
        <w:rPr>
          <w:rFonts w:ascii="Times New Roman" w:hAnsi="Times New Roman" w:eastAsia="Times New Roman"/>
          <w:b w:val="0"/>
          <w:color w:val="000000"/>
          <w:sz w:val="21"/>
        </w:rPr>
        <w:t>Geri bildirim, öğrencinin ürününde görülen somut kanıta dayanır. Öğretmen yalnızca doğru ya da yanlış sonucu söylemek yerine, öğrencinin kullandığı ipucu, gerekçe veya sınıflama ölçütü hakkında açıklayıcı soru sorar. Kısa akran kontrolünde saygılı dil, görevi tamamlama ve gerekçe sunma izlenir. Gerekirse bir sonraki derse geçmeden önce küçük grup çalışması, örnek modelleme veya görsel destek uygulanır.</w:t>
      </w:r>
    </w:p>
    <w:p>
      <w:pPr>
        <w:pStyle w:val="Heading1"/>
        <w:keepNext/>
      </w:pPr>
      <w:r>
        <w:rPr>
          <w:rFonts w:ascii="Times New Roman" w:hAnsi="Times New Roman" w:eastAsia="Times New Roman"/>
          <w:b/>
          <w:color w:val="000000"/>
          <w:sz w:val="22"/>
        </w:rPr>
        <w:t>Öğrenme Öğretme Süreci</w:t>
      </w:r>
    </w:p>
    <w:p>
      <w:pPr>
        <w:spacing w:after="140" w:line="269" w:lineRule="auto"/>
        <w:ind w:firstLine="369"/>
      </w:pPr>
      <w:r>
        <w:rPr>
          <w:rFonts w:ascii="Times New Roman" w:hAnsi="Times New Roman" w:eastAsia="Times New Roman"/>
          <w:b/>
          <w:color w:val="000000"/>
          <w:sz w:val="21"/>
        </w:rPr>
        <w:t xml:space="preserve">Uygulama notu: </w:t>
      </w:r>
      <w:r>
        <w:rPr>
          <w:rFonts w:ascii="Times New Roman" w:hAnsi="Times New Roman" w:eastAsia="Times New Roman"/>
          <w:b w:val="0"/>
          <w:color w:val="000000"/>
          <w:sz w:val="21"/>
        </w:rPr>
        <w:t>Ders saatleri 40 dakika esas alınarak planlanmıştır. Okulun ders çizelgesindeki süre farklıysa etkinliklerin süresi orantılı biçimde düzenlenir. Bu plan, yürürlükteki öğretim programı ve 2026-2027 çalışma takvimi dikkate alınarak hazırlanmış uyarlanabilir bir çalışma dosyasıdır; okulun zümre kararı, ders kitabı sırası, telafi günleri ve öğrenci gereksinimleri uygulama öncesinde gözden geçirilir.</w:t>
      </w:r>
    </w:p>
    <w:p>
      <w:pPr>
        <w:pStyle w:val="Heading2"/>
        <w:keepNext/>
      </w:pPr>
      <w:r>
        <w:rPr>
          <w:rFonts w:ascii="Times New Roman" w:hAnsi="Times New Roman" w:eastAsia="Times New Roman"/>
          <w:b/>
          <w:color w:val="000000"/>
          <w:sz w:val="21"/>
        </w:rPr>
        <w:t>Ders Saati 1 - Kültürel Öge Araştırmasını Tamamlama</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önceki haftanın araştırma notlarını gözden geçirir ve eksik kalan kaynak, örnek veya koruma önerisini kısa geri bildirimle tamamlatır. Öğrencilerin kültürel ögeyi yalnızca adlandırmakla kalmayıp neden önemli gördüklerini açıklamasına yardım eder. Son bölümde oyunların da kültürün yaşatılan ögelerinden biri olabileceğine geçiş yapar.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araştırma ürünündeki eksik başlıkları tamamlar; seçtikleri kültürel öge için uygun kaynak veya koruma önerisini netleştirir. Ardından geleneksel çocuk oyunlarına ilişkin bildikleri genel örnekleri paylaşır; gerçek kişi veya aile hikâyesi vermeden oyunların kimlerle ve nerede oynanabileceğini konuşur.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Tamamlanmış araştırma ürünü, kültürel öge-koruma önerisi ve oyunlara geçiş notu.</w:t>
      </w:r>
    </w:p>
    <w:p>
      <w:pPr>
        <w:pStyle w:val="Heading2"/>
        <w:keepNext/>
      </w:pPr>
      <w:r>
        <w:rPr>
          <w:rFonts w:ascii="Times New Roman" w:hAnsi="Times New Roman" w:eastAsia="Times New Roman"/>
          <w:b/>
          <w:color w:val="000000"/>
          <w:sz w:val="21"/>
        </w:rPr>
        <w:t>Ders Saati 2 - Geleneksel Oyunu Tanıma</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seksek, mendil kapmaca, körebe veya ip atlama gibi oyunları görseller ve kurallar üzerinden tanıtır. Oyunun aracı, oynandığı alan, katılımcı sayısı, kuralı ve birlikte hareket etme yönleri üzerinde durur. Her oyun örneğinin her yerde aynı biçimde oynanmayabileceğini, farklı anlatımlara saygı duyulması gerektiğini hatırlatır.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seçtikleri geleneksel oyun için araç, alan, kural ve katılım özelliklerini karşılaştırma tablosuna yazar. Grup üyeleri, oyunun bir yönünü görsel veya yönergedeki kanıtla açıklar. Uygun ortam ve gönüllülük varsa oyunun temel hareketleri güvenli biçimde tanıtılır; katılamayan öğrenci gözlemci veya kural yazıcısı olabilir.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Geleneksel oyun özellik tablosu, kanıtlı açıklama ve güvenli katılım/gözlem notu.</w:t>
      </w:r>
    </w:p>
    <w:p>
      <w:pPr>
        <w:pStyle w:val="Heading2"/>
        <w:keepNext/>
      </w:pPr>
      <w:r>
        <w:rPr>
          <w:rFonts w:ascii="Times New Roman" w:hAnsi="Times New Roman" w:eastAsia="Times New Roman"/>
          <w:b/>
          <w:color w:val="000000"/>
          <w:sz w:val="21"/>
        </w:rPr>
        <w:t>Ders Saati 3 - Değişim ve Süreklilik Karşılaştırması</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geleneksel oyunlarla günümüzdeki oyunları 'geçmişte, günümüzde, değişen yön, devam eden yön' başlıklarıyla karşılaştırır. Araçların veya ortamların değişmesinin oyun oynamanın paylaşma, eğlenme ve kural öğrenme yönlerini tamamen ortadan kaldırmadığını örnekle gösterir. Öğrencilerin 'eskiden her şey iyiydi' gibi genellemelerden kaçınmasını sağlar.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iki oyun türünü karşılaştırma tablosuna işler; en az bir değişen ve bir devam eden özelliği gerekçeli biçimde yazar. Gruplar, geleneksel bir oyunun güvenli ve kapsayıcı biçimde günümüzde nasıl tanıtılabileceğine yönelik öneri oluşturur. Çıkış biletinde değişim ve sürekliliğe birer örnek verir.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Doldurulmuş karşılaştırma tablosu, günümüze aktarma önerisi ve bireysel çıkış bileti.</w:t>
      </w:r>
    </w:p>
    <w:p>
      <w:pPr>
        <w:pStyle w:val="Heading1"/>
        <w:keepNext/>
      </w:pPr>
      <w:r>
        <w:rPr>
          <w:rFonts w:ascii="Times New Roman" w:hAnsi="Times New Roman" w:eastAsia="Times New Roman"/>
          <w:b/>
          <w:color w:val="000000"/>
          <w:sz w:val="22"/>
        </w:rPr>
        <w:t>Farklılaştırma</w:t>
      </w:r>
    </w:p>
    <w:p>
      <w:pPr>
        <w:spacing w:after="80" w:line="269" w:lineRule="auto"/>
        <w:ind w:firstLine="369"/>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Karşılaştırma yapmakta zorlanan öğrenciler için iki oyunla sınırlı resimli tablo, örnek cümle başlangıçları ve değişen-devam eden yönleri ayrı renklerde gösteren kartlar kullanılır. Fiziksel katılım gerektiren etkinliklerde öğrenciye gözlemci, kural yazıcısı veya materyal sorumlusu rolü verilir.</w:t>
      </w:r>
    </w:p>
    <w:p>
      <w:pPr>
        <w:spacing w:after="140" w:line="269" w:lineRule="auto"/>
        <w:ind w:firstLine="369"/>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Hızlı ilerleyen öğrenciler, bir geleneksel oyunun kurallarını anlaşılır biçimde yazar; iki oyunun ortak yönünü ve farklı yönünü hangi kanıtla belirlediğini açıklar, güvenli uyarlama için ek bir öneri geliştirir.</w:t>
      </w:r>
    </w:p>
    <w:p>
      <w:pPr>
        <w:pStyle w:val="Heading1"/>
        <w:keepNext/>
      </w:pPr>
      <w:r>
        <w:rPr>
          <w:rFonts w:ascii="Times New Roman" w:hAnsi="Times New Roman" w:eastAsia="Times New Roman"/>
          <w:b/>
          <w:color w:val="000000"/>
          <w:sz w:val="22"/>
        </w:rPr>
        <w:t>Ölçme ve Değerlendirme</w:t>
      </w:r>
    </w:p>
    <w:p>
      <w:pPr>
        <w:spacing w:after="100" w:line="269" w:lineRule="auto"/>
        <w:ind w:firstLine="369"/>
      </w:pPr>
      <w:r>
        <w:rPr>
          <w:rFonts w:ascii="Times New Roman" w:hAnsi="Times New Roman" w:eastAsia="Times New Roman"/>
          <w:b/>
          <w:color w:val="000000"/>
          <w:sz w:val="21"/>
        </w:rPr>
        <w:t xml:space="preserve">Değerlendirme yaklaşımı: </w:t>
      </w:r>
      <w:r>
        <w:rPr>
          <w:rFonts w:ascii="Times New Roman" w:hAnsi="Times New Roman" w:eastAsia="Times New Roman"/>
          <w:b w:val="0"/>
          <w:color w:val="000000"/>
          <w:sz w:val="21"/>
        </w:rPr>
        <w:t>Değerlendirme; tamamlanmış kültür ürünü, oyun özellik tablosu, değişim-süreklilik karşılaştırması ve çıkış bileti üzerinden yapılır. Öğrencinin yalnızca oyun adı vermesi değil, değişen veya devam eden yönü açık örnekle ilişkilendirmesi değerlendirilir.</w:t>
      </w:r>
    </w:p>
    <w:tbl>
      <w:tblPr>
        <w:tblW w:type="auto" w:w="0"/>
        <w:jc w:val="center"/>
        <w:tblLayout w:type="fixed"/>
        <w:tblLook w:firstColumn="1" w:firstRow="1" w:lastColumn="0" w:lastRow="0" w:noHBand="0" w:noVBand="1" w:val="04A0"/>
      </w:tblPr>
      <w:tblGrid>
        <w:gridCol w:w="3269"/>
        <w:gridCol w:w="3269"/>
        <w:gridCol w:w="3269"/>
      </w:tblGrid>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Öğrenme Kanıtı</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Millî kültür ögesine ilişkin araştırma ürününü tamamlar.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Geleneksel çocuk oyunlarının temel özelliklerini tanımlar.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Oyunlarda değişen ve devam eden yönleri ayırt eder.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Karşılaştırmasını gerekçeli bir örnekle açıklar.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bl>
    <w:p>
      <w:pPr>
        <w:spacing w:after="0"/>
      </w:pPr>
    </w:p>
    <w:p>
      <w:pPr>
        <w:pStyle w:val="Heading1"/>
        <w:keepNext/>
      </w:pPr>
      <w:r>
        <w:rPr>
          <w:rFonts w:ascii="Times New Roman" w:hAnsi="Times New Roman" w:eastAsia="Times New Roman"/>
          <w:b/>
          <w:color w:val="000000"/>
          <w:sz w:val="22"/>
        </w:rPr>
        <w:t>Sınıf Defterine Yazılacak İfade</w:t>
      </w:r>
    </w:p>
    <w:p>
      <w:pPr>
        <w:spacing w:after="140" w:line="269" w:lineRule="auto"/>
        <w:ind w:firstLine="369"/>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SB.4.2.2. Millî kültürü yansıtan ögeler çalışması tamamlandı. SB.4.2.3. Geleneksel çocuk oyunları günümüzdeki oyunlarla değişim ve süreklilik yönünden karşılaştırıldı.</w:t>
      </w:r>
    </w:p>
    <w:p>
      <w:pPr>
        <w:pStyle w:val="Heading1"/>
        <w:keepNext/>
      </w:pPr>
      <w:r>
        <w:rPr>
          <w:rFonts w:ascii="Times New Roman" w:hAnsi="Times New Roman" w:eastAsia="Times New Roman"/>
          <w:b/>
          <w:color w:val="000000"/>
          <w:sz w:val="22"/>
        </w:rPr>
        <w:t>Öğretmen Yansıtması ve Sonraki Haftaya Hazırlık</w:t>
      </w:r>
    </w:p>
    <w:p>
      <w:pPr>
        <w:spacing w:after="140" w:line="276" w:lineRule="auto"/>
        <w:ind w:firstLine="0"/>
        <w:jc w:val="left"/>
      </w:pPr>
      <w:r>
        <w:rPr>
          <w:rFonts w:ascii="Times New Roman" w:hAnsi="Times New Roman" w:eastAsia="Times New Roman"/>
          <w:b w:val="0"/>
          <w:color w:val="000000"/>
          <w:sz w:val="20"/>
        </w:rPr>
        <w:t>Öğrencilerin en çok zorlandığı kavram, beceri veya ilişki: ..............................................................................................................................</w:t>
      </w:r>
    </w:p>
    <w:p>
      <w:pPr>
        <w:spacing w:after="140" w:line="276" w:lineRule="auto"/>
        <w:ind w:firstLine="0"/>
        <w:jc w:val="left"/>
      </w:pPr>
      <w:r>
        <w:rPr>
          <w:rFonts w:ascii="Times New Roman" w:hAnsi="Times New Roman" w:eastAsia="Times New Roman"/>
          <w:b w:val="0"/>
          <w:color w:val="000000"/>
          <w:sz w:val="20"/>
        </w:rPr>
        <w:t>Bir sonraki uygulamada korunacak ya da değiştirilecek öğretim adımı: .................................................................................................................</w:t>
      </w:r>
    </w:p>
    <w:p>
      <w:pPr>
        <w:spacing w:after="140" w:line="276" w:lineRule="auto"/>
        <w:ind w:firstLine="0"/>
        <w:jc w:val="left"/>
      </w:pPr>
      <w:r>
        <w:rPr>
          <w:rFonts w:ascii="Times New Roman" w:hAnsi="Times New Roman" w:eastAsia="Times New Roman"/>
          <w:b w:val="0"/>
          <w:color w:val="000000"/>
          <w:sz w:val="20"/>
        </w:rPr>
        <w:t>Destekleme veya zenginleştirme ihtiyacı görülen çalışma: .....................................................................................................................................</w:t>
      </w:r>
    </w:p>
    <w:p>
      <w:pPr>
        <w:spacing w:after="140" w:line="276" w:lineRule="auto"/>
        <w:ind w:firstLine="0"/>
        <w:jc w:val="left"/>
      </w:pPr>
      <w:r>
        <w:rPr>
          <w:rFonts w:ascii="Times New Roman" w:hAnsi="Times New Roman" w:eastAsia="Times New Roman"/>
          <w:b w:val="0"/>
          <w:color w:val="000000"/>
          <w:sz w:val="20"/>
        </w:rPr>
        <w:t>Sonraki haftaya hazırlık notu: Bir sonraki haftada geleneksel oyunlar değerlendirmesi tamamlanacak ve Millî Mücadele kahramanları tanıtılacaktır.</w:t>
      </w:r>
    </w:p>
    <w:p>
      <w:pPr>
        <w:pStyle w:val="Heading1"/>
        <w:keepNext/>
      </w:pPr>
      <w:r>
        <w:rPr>
          <w:rFonts w:ascii="Times New Roman" w:hAnsi="Times New Roman" w:eastAsia="Times New Roman"/>
          <w:b/>
          <w:color w:val="000000"/>
          <w:sz w:val="22"/>
        </w:rPr>
        <w:t>İmza</w:t>
      </w:r>
    </w:p>
    <w:p>
      <w:pPr>
        <w:spacing w:before="220" w:after="20"/>
        <w:jc w:val="center"/>
      </w:pPr>
      <w:r>
        <w:rPr>
          <w:rFonts w:ascii="Times New Roman" w:hAnsi="Times New Roman" w:eastAsia="Times New Roman"/>
          <w:b w:val="0"/>
          <w:color w:val="000000"/>
          <w:sz w:val="21"/>
        </w:rPr>
        <w:t>26 Ekim 2026</w:t>
      </w:r>
    </w:p>
    <w:p>
      <w:pPr>
        <w:spacing w:before="0" w:after="20"/>
        <w:jc w:val="center"/>
      </w:pPr>
      <w:r>
        <w:rPr>
          <w:rFonts w:ascii="Times New Roman" w:hAnsi="Times New Roman" w:eastAsia="Times New Roman"/>
          <w:b/>
          <w:color w:val="000000"/>
          <w:sz w:val="21"/>
        </w:rPr>
        <w:t>Ders Öğretmeni</w:t>
      </w:r>
    </w:p>
    <w:p>
      <w:pPr>
        <w:spacing w:before="0" w:after="20"/>
        <w:jc w:val="center"/>
      </w:pPr>
      <w:r>
        <w:rPr>
          <w:rFonts w:ascii="Times New Roman" w:hAnsi="Times New Roman" w:eastAsia="Times New Roman"/>
          <w:b w:val="0"/>
          <w:color w:val="000000"/>
          <w:sz w:val="21"/>
        </w:rPr>
        <w:t>........................................................</w:t>
      </w:r>
    </w:p>
    <w:p>
      <w:pPr>
        <w:spacing w:before="0" w:after="20"/>
        <w:jc w:val="center"/>
      </w:pPr>
      <w:r>
        <w:rPr>
          <w:rFonts w:ascii="Times New Roman" w:hAnsi="Times New Roman" w:eastAsia="Times New Roman"/>
          <w:b w:val="0"/>
          <w:color w:val="000000"/>
          <w:sz w:val="21"/>
        </w:rPr>
        <w:t>İmza</w:t>
      </w:r>
    </w:p>
    <w:sectPr w:rsidR="00FC693F" w:rsidRPr="0006063C" w:rsidSect="00034616">
      <w:pgSz w:w="11906" w:h="16838"/>
      <w:pgMar w:top="1020" w:right="1049" w:bottom="1020"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69" w:lineRule="auto"/>
      <w:ind w:firstLine="369"/>
      <w:jc w:val="both"/>
    </w:pPr>
    <w:rPr>
      <w:rFonts w:ascii="Times New Roman" w:hAnsi="Times New Roman" w:eastAsia="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69" w:lineRule="auto"/>
      <w:ind w:firstLine="0"/>
      <w:jc w:val="left"/>
      <w:outlineLvl w:val="0"/>
    </w:pPr>
    <w:rPr>
      <w:rFonts w:asciiTheme="majorHAnsi" w:eastAsiaTheme="majorEastAsia" w:hAnsiTheme="majorHAnsi" w:cstheme="majorBidi" w:ascii="Times New Roman" w:hAnsi="Times New Roman" w:eastAsia="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120" w:after="80" w:line="269" w:lineRule="auto"/>
      <w:ind w:firstLine="0"/>
      <w:jc w:val="left"/>
      <w:outlineLvl w:val="1"/>
    </w:pPr>
    <w:rPr>
      <w:rFonts w:asciiTheme="majorHAnsi" w:eastAsiaTheme="majorEastAsia" w:hAnsiTheme="majorHAnsi" w:cstheme="majorBidi" w:ascii="Times New Roman" w:hAnsi="Times New Roman" w:eastAsia="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69" w:lineRule="auto" w:before="0"/>
      <w:ind w:firstLine="0"/>
      <w:contextualSpacing/>
      <w:jc w:val="center"/>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nStage">
    <w:name w:val="PlanStage"/>
    <w:basedOn w:val="Normal"/>
    <w:pPr>
      <w:spacing w:before="140" w:after="60"/>
      <w:ind w:firstLine="0"/>
    </w:pPr>
    <w:rPr>
      <w:rFonts w:ascii="Times New Roman" w:hAnsi="Times New Roman"/>
      <w:b/>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4. Sınıf Sosyal Bilgiler 7. Hafta Ders Planı</dc:title>
  <dc:subject>Sosyal Bilgiler Ders Planı</dc:subject>
  <dc:creator/>
  <cp:keywords/>
  <dc:description/>
  <cp:lastModifiedBy/>
  <cp:revision>1</cp:revision>
  <dcterms:created xsi:type="dcterms:W3CDTF">2013-12-23T23:15:00Z</dcterms:created>
  <dcterms:modified xsi:type="dcterms:W3CDTF">2013-12-23T23:15:00Z</dcterms:modified>
  <cp:category/>
</cp:coreProperties>
</file>