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İLKOKULU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4. SINIF SOSYAL BİLGİLER DERS PLANI</w:t>
      </w:r>
    </w:p>
    <w:p>
      <w:pPr>
        <w:pStyle w:val="Title"/>
        <w:spacing w:after="180"/>
      </w:pPr>
      <w:r>
        <w:rPr>
          <w:rFonts w:ascii="Times New Roman" w:hAnsi="Times New Roman" w:eastAsia="Times New Roman"/>
          <w:b/>
          <w:color w:val="000000"/>
          <w:sz w:val="24"/>
        </w:rPr>
        <w:t>8. HAFTA</w:t>
      </w:r>
    </w:p>
    <w:tbl>
      <w:tblPr>
        <w:tblW w:type="auto" w:w="0"/>
        <w:jc w:val="center"/>
        <w:tblLayout w:type="fixed"/>
        <w:tblLook w:firstColumn="1" w:firstRow="1" w:lastColumn="0" w:lastRow="0" w:noHBand="0" w:noVBand="1" w:val="04A0"/>
      </w:tblPr>
      <w:tblGrid>
        <w:gridCol w:w="2452"/>
        <w:gridCol w:w="2452"/>
        <w:gridCol w:w="2452"/>
        <w:gridCol w:w="2452"/>
      </w:tblGrid>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Sosyal Bilgiler</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4 / ............</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8. Hafta</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Uygulama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2-6 Kasım 2026</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3 ders saati</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Düzenleme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 Kasım 2026 Pazartesi</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Ders Planı</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Dersin Gün ve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Okul ders çizelgesine göre</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r>
    </w:tbl>
    <w:p>
      <w:pPr>
        <w:spacing w:after="0"/>
      </w:pPr>
    </w:p>
    <w:p>
      <w:pPr>
        <w:pStyle w:val="Heading1"/>
        <w:keepNext/>
      </w:pPr>
      <w:r>
        <w:rPr>
          <w:rFonts w:ascii="Times New Roman" w:hAnsi="Times New Roman" w:eastAsia="Times New Roman"/>
          <w:b/>
          <w:color w:val="000000"/>
          <w:sz w:val="22"/>
        </w:rPr>
        <w:t>Yıllık Planla Uyumlu Öğretim Çerçevesi</w:t>
      </w:r>
    </w:p>
    <w:tbl>
      <w:tblPr>
        <w:tblW w:type="auto" w:w="0"/>
        <w:jc w:val="center"/>
        <w:tblLayout w:type="fixed"/>
        <w:tblLook w:firstColumn="1" w:firstRow="1" w:lastColumn="0" w:lastRow="0" w:noHBand="0" w:noVBand="1" w:val="04A0"/>
      </w:tblPr>
      <w:tblGrid>
        <w:gridCol w:w="4904"/>
        <w:gridCol w:w="4904"/>
      </w:tblGrid>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Öğrenme Alanı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Kültür ve Miras</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Konu / İçerik</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Geleneksel Oyunları Tamamlama ve Millî Mücadele Kahramanları</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SB.4.2.3. Geleneksel çocuk oyunları karşılaştırması 2 ders saatinde tamamlanır. SB.4.2.4. Millî Mücadele kahramanlarının hayatlarından hareketle Millî Mücadele'nin önemini kavrar.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 Açıklaması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Haftanın ilk iki ders saatinde geleneksel oyunlarda değişim ve süreklilik ilişkisi pekiştirilir. Son ders saatinde Millî Mücadele kahramanlarının hayatlarından hareketle dönemin toplumsal dayanışma ve bağımsızlık bakımından önemi ele alınır.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Beceriler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Karşılaştırma, neden-sonuç ilişkisi kurma, biyografi okuma, kanıt seçme ve değerlerle ilişki kurma.</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Değerler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Vatanseverlik, bağımsızlık, dayanışma, sorumluluk, saygı ve cesaret.</w:t>
            </w:r>
          </w:p>
        </w:tc>
      </w:tr>
    </w:tbl>
    <w:p>
      <w:pPr>
        <w:spacing w:after="0"/>
      </w:pPr>
    </w:p>
    <w:p>
      <w:pPr>
        <w:pStyle w:val="Heading1"/>
        <w:keepNext/>
      </w:pPr>
      <w:r>
        <w:rPr>
          <w:rFonts w:ascii="Times New Roman" w:hAnsi="Times New Roman" w:eastAsia="Times New Roman"/>
          <w:b/>
          <w:color w:val="000000"/>
          <w:sz w:val="22"/>
        </w:rPr>
        <w:t>Hazırbulunuşluk ve Ön Değerlendirme</w:t>
      </w:r>
    </w:p>
    <w:p>
      <w:pPr>
        <w:spacing w:after="80" w:line="269" w:lineRule="auto"/>
        <w:ind w:firstLine="369"/>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geleneksel oyunların değişen ve devam eden yönlerini ayırt etmeye başladıkları; tarihî olay ve kahraman kavramlarını tanıdıkları kabul edilir. Millî Mücadele dönemi, yaş düzeyine uygun, incitici ayrıntı içermeyen ve kahramanlıkla toplumsal dayanışmayı birlikte ele alan bir dille sunulur.</w:t>
      </w:r>
    </w:p>
    <w:p>
      <w:pPr>
        <w:spacing w:after="80" w:line="269" w:lineRule="auto"/>
        <w:ind w:firstLine="369"/>
      </w:pPr>
      <w:r>
        <w:rPr>
          <w:rFonts w:ascii="Times New Roman" w:hAnsi="Times New Roman" w:eastAsia="Times New Roman"/>
          <w:b/>
          <w:color w:val="000000"/>
          <w:sz w:val="21"/>
        </w:rPr>
        <w:t xml:space="preserve">Ön değerlendirme: </w:t>
      </w:r>
      <w:r>
        <w:rPr>
          <w:rFonts w:ascii="Times New Roman" w:hAnsi="Times New Roman" w:eastAsia="Times New Roman"/>
          <w:b w:val="0"/>
          <w:color w:val="000000"/>
          <w:sz w:val="21"/>
        </w:rPr>
        <w:t>Öğretmen önceki haftadaki karşılaştırma tablosundan 'Hangi yönler değişti, hangi yönler sürdü?' sorularını hatırlatır. Ardından tarihî bir olayın yalnızca bir kişinin değil, farklı insanların dayanışmasıyla anlaşılabileceğini gösteren kısa bir giriş yapar.</w:t>
      </w:r>
    </w:p>
    <w:p>
      <w:pPr>
        <w:spacing w:after="140" w:line="269" w:lineRule="auto"/>
        <w:ind w:firstLine="369"/>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Geçmişten bugüne taşınan oyunlar ve kültürel değerler, bu kez Millî Mücadele dönemindeki dayanışma örnekleriyle ilişkilendirilir. Biyografi kartları, öğrencinin bir kişiyi ezberlemesi için değil, davranış ile dönemin önemi arasında ilişki kurması için kullanılır.</w:t>
      </w:r>
    </w:p>
    <w:p>
      <w:pPr>
        <w:pStyle w:val="Heading1"/>
        <w:keepNext/>
      </w:pPr>
      <w:r>
        <w:rPr>
          <w:rFonts w:ascii="Times New Roman" w:hAnsi="Times New Roman" w:eastAsia="Times New Roman"/>
          <w:b/>
          <w:color w:val="000000"/>
          <w:sz w:val="22"/>
        </w:rPr>
        <w:t>Araç Gereç ve Kaynak Kullanımı</w:t>
      </w:r>
    </w:p>
    <w:p>
      <w:pPr>
        <w:spacing w:after="80" w:line="269" w:lineRule="auto"/>
        <w:ind w:firstLine="369"/>
      </w:pPr>
      <w:r>
        <w:rPr>
          <w:rFonts w:ascii="Times New Roman" w:hAnsi="Times New Roman" w:eastAsia="Times New Roman"/>
          <w:b/>
          <w:color w:val="000000"/>
          <w:sz w:val="21"/>
        </w:rPr>
        <w:t xml:space="preserve">Araç gereç: </w:t>
      </w:r>
      <w:r>
        <w:rPr>
          <w:rFonts w:ascii="Times New Roman" w:hAnsi="Times New Roman" w:eastAsia="Times New Roman"/>
          <w:b w:val="0"/>
          <w:color w:val="000000"/>
          <w:sz w:val="21"/>
        </w:rPr>
        <w:t>Oyun karşılaştırma tablosu, güvenilir kaynaklardan hazırlanmış kısa kahraman biyografi kartları, zaman şeridi, temsilî görseller, olay-davranış-anlam tablosu ve kalemler.</w:t>
      </w:r>
    </w:p>
    <w:p>
      <w:pPr>
        <w:spacing w:after="140" w:line="269" w:lineRule="auto"/>
        <w:ind w:firstLine="369"/>
      </w:pPr>
      <w:r>
        <w:rPr>
          <w:rFonts w:ascii="Times New Roman" w:hAnsi="Times New Roman" w:eastAsia="Times New Roman"/>
          <w:b/>
          <w:color w:val="000000"/>
          <w:sz w:val="21"/>
        </w:rPr>
        <w:t xml:space="preserve">Kaynak seçimi: </w:t>
      </w:r>
      <w:r>
        <w:rPr>
          <w:rFonts w:ascii="Times New Roman" w:hAnsi="Times New Roman" w:eastAsia="Times New Roman"/>
          <w:b w:val="0"/>
          <w:color w:val="000000"/>
          <w:sz w:val="21"/>
        </w:rPr>
        <w:t>Ders kitabı, MEB kaynaklarına dayalı yaşa uygun kısa biyografi metinleri ve kişisel veri içermeyen görseller kullanılır. Kahramanlar hakkında kesin olmayan veya abartılı bilgiler yerine karttaki görünür bilgi ve kaynakla uyumlu açıklama esas alınır.</w:t>
      </w:r>
    </w:p>
    <w:p>
      <w:pPr>
        <w:pStyle w:val="Heading1"/>
        <w:keepNext/>
      </w:pPr>
      <w:r>
        <w:rPr>
          <w:rFonts w:ascii="Times New Roman" w:hAnsi="Times New Roman" w:eastAsia="Times New Roman"/>
          <w:b/>
          <w:color w:val="000000"/>
          <w:sz w:val="22"/>
        </w:rPr>
        <w:t>Öğretim Ortamı ve Süreç İçi Geri Bildirim</w:t>
      </w:r>
    </w:p>
    <w:p>
      <w:pPr>
        <w:spacing w:after="80" w:line="269" w:lineRule="auto"/>
        <w:ind w:firstLine="369"/>
      </w:pPr>
      <w:r>
        <w:rPr>
          <w:rFonts w:ascii="Times New Roman" w:hAnsi="Times New Roman" w:eastAsia="Times New Roman"/>
          <w:b/>
          <w:color w:val="000000"/>
          <w:sz w:val="21"/>
        </w:rPr>
        <w:t xml:space="preserve">Katılım düzeni: </w:t>
      </w:r>
      <w:r>
        <w:rPr>
          <w:rFonts w:ascii="Times New Roman" w:hAnsi="Times New Roman" w:eastAsia="Times New Roman"/>
          <w:b w:val="0"/>
          <w:color w:val="000000"/>
          <w:sz w:val="21"/>
        </w:rPr>
        <w:t>Öğrenme ortamı, öğrencilerin gerçek kimlik, aile, adres veya sağlık bilgisini açıklamasını gerektirmeyecek şekilde; temsilî kartlar, kurmaca kişiler, ortak sınıf örnekleri ve kişisel veri içermeyen görsellerle düzenlenir. Öğretmen, öğrencinin kendi yaşantısını paylaşmak istemediği durumlarda isimsiz veya kurmaca örnek kullanabileceğini hatırlatır. Sözcü, yazıcı, materyal sorumlusu ve süre takipçisi gibi görevler dönüşümlü verilerek herkesin sürece katılması desteklenir.</w:t>
      </w:r>
    </w:p>
    <w:p>
      <w:pPr>
        <w:spacing w:after="140" w:line="269" w:lineRule="auto"/>
        <w:ind w:firstLine="369"/>
      </w:pPr>
      <w:r>
        <w:rPr>
          <w:rFonts w:ascii="Times New Roman" w:hAnsi="Times New Roman" w:eastAsia="Times New Roman"/>
          <w:b/>
          <w:color w:val="000000"/>
          <w:sz w:val="21"/>
        </w:rPr>
        <w:t xml:space="preserve">Geri bildirim: </w:t>
      </w:r>
      <w:r>
        <w:rPr>
          <w:rFonts w:ascii="Times New Roman" w:hAnsi="Times New Roman" w:eastAsia="Times New Roman"/>
          <w:b w:val="0"/>
          <w:color w:val="000000"/>
          <w:sz w:val="21"/>
        </w:rPr>
        <w:t>Geri bildirim, öğrencinin ürününde görülen somut kanıta dayanır. Öğretmen yalnızca doğru ya da yanlış sonucu söylemek yerine, öğrencinin kullandığı ipucu, gerekçe veya sınıflama ölçütü hakkında açıklayıcı soru sorar. Kısa akran kontrolünde saygılı dil, görevi tamamlama ve gerekçe sunma izlenir. Gerekirse bir sonraki derse geçmeden önce küçük grup çalışması, örnek modelleme veya görsel destek uygulanır.</w:t>
      </w:r>
    </w:p>
    <w:p>
      <w:pPr>
        <w:pStyle w:val="Heading1"/>
        <w:keepNext/>
      </w:pPr>
      <w:r>
        <w:rPr>
          <w:rFonts w:ascii="Times New Roman" w:hAnsi="Times New Roman" w:eastAsia="Times New Roman"/>
          <w:b/>
          <w:color w:val="000000"/>
          <w:sz w:val="22"/>
        </w:rPr>
        <w:t>Öğrenme Öğretme Süreci</w:t>
      </w:r>
    </w:p>
    <w:p>
      <w:pPr>
        <w:spacing w:after="140" w:line="269" w:lineRule="auto"/>
        <w:ind w:firstLine="369"/>
      </w:pPr>
      <w:r>
        <w:rPr>
          <w:rFonts w:ascii="Times New Roman" w:hAnsi="Times New Roman" w:eastAsia="Times New Roman"/>
          <w:b/>
          <w:color w:val="000000"/>
          <w:sz w:val="21"/>
        </w:rPr>
        <w:t xml:space="preserve">Uygulama notu: </w:t>
      </w:r>
      <w:r>
        <w:rPr>
          <w:rFonts w:ascii="Times New Roman" w:hAnsi="Times New Roman" w:eastAsia="Times New Roman"/>
          <w:b w:val="0"/>
          <w:color w:val="000000"/>
          <w:sz w:val="21"/>
        </w:rPr>
        <w:t>Ders saatleri 40 dakika esas alınarak planlanmıştır. Okulun ders çizelgesindeki süre farklıysa etkinliklerin süresi orantılı biçimde düzenlenir. Bu plan, yürürlükteki öğretim programı ve 2026-2027 çalışma takvimi dikkate alınarak hazırlanmış uyarlanabilir bir çalışma dosyasıdır; okulun zümre kararı, ders kitabı sırası, telafi günleri ve öğrenci gereksinimleri uygulama öncesinde gözden geçirilir.</w:t>
      </w:r>
    </w:p>
    <w:p>
      <w:pPr>
        <w:pStyle w:val="Heading2"/>
        <w:keepNext/>
      </w:pPr>
      <w:r>
        <w:rPr>
          <w:rFonts w:ascii="Times New Roman" w:hAnsi="Times New Roman" w:eastAsia="Times New Roman"/>
          <w:b/>
          <w:color w:val="000000"/>
          <w:sz w:val="21"/>
        </w:rPr>
        <w:t>Ders Saati 1 - Oyun Karşılaştırmasını Derinleştirme</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iki geleneksel oyun ile iki güncel oyun türünden oluşan örnekleri yeniden ele alır. Öğrencilerden araç, alan, kural, katılım ve eğlenme amacı yönlerinden karşılaştırma yapmalarını ister. Bir değişimin olumlu veya olumsuz diye tek sözcükle açıklanamayacağını; değişen yön ile devam eden yönün kanıtla gösterilmesi gerektiğini hatırlatır.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önceki tablolarını tamamlar, eksik gerekçelerini ekler ve başka bir grubun örneğini inceler. Her öğrenci bir geleneksel oyunun günümüzde yaşatılmasına ilişkin güvenli, kapsayıcı ve uygulanabilir öneri yazar. Önerilerde oyunu oynayamayan veya katılmak istemeyen kişilerin de farklı rollerle sürece katılabileceğini belirtir.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Güncellenmiş karşılaştırma tablosu, günümüze aktarma önerisi ve akran kontrol notu.</w:t>
      </w:r>
    </w:p>
    <w:p>
      <w:pPr>
        <w:pStyle w:val="Heading2"/>
        <w:keepNext/>
      </w:pPr>
      <w:r>
        <w:rPr>
          <w:rFonts w:ascii="Times New Roman" w:hAnsi="Times New Roman" w:eastAsia="Times New Roman"/>
          <w:b/>
          <w:color w:val="000000"/>
          <w:sz w:val="21"/>
        </w:rPr>
        <w:t>Ders Saati 2 - Değişim ve Süreklilik Ürünü</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sınıftaki örnekleri ortak panoda toplar ve 'değişen araçlar', 'devam eden amaçlar' ve 'güvenli katılım' başlıklarını kullanır. Öğrencilerin farklı bölgelerde veya ailelerde anlatılan oyunların değişebileceğini, bu farklılığın çalışmayı zenginleştirdiğini ifade eder. Sonrasında öğrenme kanıtlarını kısa bir kontrol listesiyle gözden geçirir.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bir oyuna ilişkin dört bölümlü mini afiş veya şema hazırlar: oyun adı, geçmişte/günümüzdeki özellik, değişen yön ve devam eden yön. Eşli kontrol yapan öğrenciler, her bölümde örnek olup olmadığını işaretler. Çıkış notunda oyunların kültürel mirasla nasıl ilişkilendirilebileceğini açıklar.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Dört bölümlü oyun şeması, kontrol listesi ve çıkış notu.</w:t>
      </w:r>
    </w:p>
    <w:p>
      <w:pPr>
        <w:pStyle w:val="Heading2"/>
        <w:keepNext/>
      </w:pPr>
      <w:r>
        <w:rPr>
          <w:rFonts w:ascii="Times New Roman" w:hAnsi="Times New Roman" w:eastAsia="Times New Roman"/>
          <w:b/>
          <w:color w:val="000000"/>
          <w:sz w:val="21"/>
        </w:rPr>
        <w:t>Ders Saati 3 - Kahraman Biyografisinden Anlam Çıkarma</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Millî Mücadele dönemini kısa bir zaman çizelgesiyle tanıtır ve biyografi kartlarından birini birlikte okur. Kartta olay, kişinin gösterdiği davranış ve bu davranışın dönemin dayanışmasına katkısı başlıklarını ayırır. Şerife Bacı, Kara Fatma, Sütçü İmam veya Hasan Tahsin gibi örneklerde amaç, kişileri yarıştırmak değil, dönemin zorluğunu ve birlikte hareket etmenin önemini anlamaktır.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gruplarında bir biyografi kartını inceler ve olay-davranış-anlam tablosunu doldurur. Karttaki bilgiden hareketle hangi değerin öne çıktığını seçer ve nedenini açıklar. Çıkış biletinde Millî Mücadele'nin toplum için neden önemli olduğunu, kartta gördüğü bir davranışla ilişkilendirerek yazar.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Biyografi çözümleme tablosu, değer-gerekçe açıklaması ve bireysel çıkış bileti.</w:t>
      </w:r>
    </w:p>
    <w:p>
      <w:pPr>
        <w:pStyle w:val="Heading1"/>
        <w:keepNext/>
      </w:pPr>
      <w:r>
        <w:rPr>
          <w:rFonts w:ascii="Times New Roman" w:hAnsi="Times New Roman" w:eastAsia="Times New Roman"/>
          <w:b/>
          <w:color w:val="000000"/>
          <w:sz w:val="22"/>
        </w:rPr>
        <w:t>Farklılaştırma</w:t>
      </w:r>
    </w:p>
    <w:p>
      <w:pPr>
        <w:spacing w:after="80" w:line="269" w:lineRule="auto"/>
        <w:ind w:firstLine="369"/>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Biyografi metnini anlamakta zorlanan öğrenciler için kısa kart, anahtar kelime kutusu ve öğretmenle birlikte çözülen ilk tablo kullanılır. Oyun karşılaştırmasında görsel tablo ve iki örnekle çalışma seçeneği verilir.</w:t>
      </w:r>
    </w:p>
    <w:p>
      <w:pPr>
        <w:spacing w:after="140" w:line="269" w:lineRule="auto"/>
        <w:ind w:firstLine="369"/>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Hızlı ilerleyen öğrenciler, iki kahraman kartındaki ortak değeri karşılaştırır; bir oyunun kültürel miras olarak yaşatılması ile toplumun ortak değerlerini koruma arasında bağlantı kuran kısa paragraf yazar.</w:t>
      </w:r>
    </w:p>
    <w:p>
      <w:pPr>
        <w:pStyle w:val="Heading1"/>
        <w:keepNext/>
      </w:pPr>
      <w:r>
        <w:rPr>
          <w:rFonts w:ascii="Times New Roman" w:hAnsi="Times New Roman" w:eastAsia="Times New Roman"/>
          <w:b/>
          <w:color w:val="000000"/>
          <w:sz w:val="22"/>
        </w:rPr>
        <w:t>Ölçme ve Değerlendirme</w:t>
      </w:r>
    </w:p>
    <w:p>
      <w:pPr>
        <w:spacing w:after="100" w:line="269" w:lineRule="auto"/>
        <w:ind w:firstLine="369"/>
      </w:pPr>
      <w:r>
        <w:rPr>
          <w:rFonts w:ascii="Times New Roman" w:hAnsi="Times New Roman" w:eastAsia="Times New Roman"/>
          <w:b/>
          <w:color w:val="000000"/>
          <w:sz w:val="21"/>
        </w:rPr>
        <w:t xml:space="preserve">Değerlendirme yaklaşımı: </w:t>
      </w:r>
      <w:r>
        <w:rPr>
          <w:rFonts w:ascii="Times New Roman" w:hAnsi="Times New Roman" w:eastAsia="Times New Roman"/>
          <w:b w:val="0"/>
          <w:color w:val="000000"/>
          <w:sz w:val="21"/>
        </w:rPr>
        <w:t>Değerlendirme; güncellenmiş oyun karşılaştırması, oyun şeması, biyografi çözümleme tablosu ve çıkış bileti üzerinden yapılır. Öğrencinin kahramanın adını söylemesi kadar, davranış ile Millî Mücadele'nin önemi arasında anlamlı ilişki kurması da dikkate alınır.</w:t>
      </w:r>
    </w:p>
    <w:tbl>
      <w:tblPr>
        <w:tblW w:type="auto" w:w="0"/>
        <w:jc w:val="center"/>
        <w:tblLayout w:type="fixed"/>
        <w:tblLook w:firstColumn="1" w:firstRow="1" w:lastColumn="0" w:lastRow="0" w:noHBand="0" w:noVBand="1" w:val="04A0"/>
      </w:tblPr>
      <w:tblGrid>
        <w:gridCol w:w="3269"/>
        <w:gridCol w:w="3269"/>
        <w:gridCol w:w="3269"/>
      </w:tblGrid>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Öğrenme Kanıtı</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Geleneksel oyunda değişen ve devam eden yönleri açıklar.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Karşılaştırmasına örnek ve gerekçe ekler.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Biyografi kartındaki olay ve davranışı ayırt eder.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Davranış ile Millî Mücadele'nin önemini ilişkilendirir.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bl>
    <w:p>
      <w:pPr>
        <w:spacing w:after="0"/>
      </w:pPr>
    </w:p>
    <w:p>
      <w:pPr>
        <w:pStyle w:val="Heading1"/>
        <w:keepNext/>
      </w:pPr>
      <w:r>
        <w:rPr>
          <w:rFonts w:ascii="Times New Roman" w:hAnsi="Times New Roman" w:eastAsia="Times New Roman"/>
          <w:b/>
          <w:color w:val="000000"/>
          <w:sz w:val="22"/>
        </w:rPr>
        <w:t>Sınıf Defterine Yazılacak İfade</w:t>
      </w:r>
    </w:p>
    <w:p>
      <w:pPr>
        <w:spacing w:after="140" w:line="269" w:lineRule="auto"/>
        <w:ind w:firstLine="369"/>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SB.4.2.3. Geleneksel çocuk oyunlarının değişim ve süreklilik yönleri pekiştirildi. SB.4.2.4. Millî Mücadele kahramanlarının hayatlarından hareketle Millî Mücadele'nin önemi üzerinde duruldu.</w:t>
      </w:r>
    </w:p>
    <w:p>
      <w:pPr>
        <w:pStyle w:val="Heading1"/>
        <w:keepNext/>
      </w:pPr>
      <w:r>
        <w:rPr>
          <w:rFonts w:ascii="Times New Roman" w:hAnsi="Times New Roman" w:eastAsia="Times New Roman"/>
          <w:b/>
          <w:color w:val="000000"/>
          <w:sz w:val="22"/>
        </w:rPr>
        <w:t>Öğretmen Yansıtması ve Sonraki Haftaya Hazırlık</w:t>
      </w:r>
    </w:p>
    <w:p>
      <w:pPr>
        <w:spacing w:after="140" w:line="276" w:lineRule="auto"/>
        <w:ind w:firstLine="0"/>
        <w:jc w:val="left"/>
      </w:pPr>
      <w:r>
        <w:rPr>
          <w:rFonts w:ascii="Times New Roman" w:hAnsi="Times New Roman" w:eastAsia="Times New Roman"/>
          <w:b w:val="0"/>
          <w:color w:val="000000"/>
          <w:sz w:val="20"/>
        </w:rPr>
        <w:t>Öğrencilerin en çok zorlandığı kavram, beceri veya ilişki: ..............................................................................................................................</w:t>
      </w:r>
    </w:p>
    <w:p>
      <w:pPr>
        <w:spacing w:after="140" w:line="276" w:lineRule="auto"/>
        <w:ind w:firstLine="0"/>
        <w:jc w:val="left"/>
      </w:pPr>
      <w:r>
        <w:rPr>
          <w:rFonts w:ascii="Times New Roman" w:hAnsi="Times New Roman" w:eastAsia="Times New Roman"/>
          <w:b w:val="0"/>
          <w:color w:val="000000"/>
          <w:sz w:val="20"/>
        </w:rPr>
        <w:t>Bir sonraki uygulamada korunacak ya da değiştirilecek öğretim adımı: .................................................................................................................</w:t>
      </w:r>
    </w:p>
    <w:p>
      <w:pPr>
        <w:spacing w:after="140" w:line="276" w:lineRule="auto"/>
        <w:ind w:firstLine="0"/>
        <w:jc w:val="left"/>
      </w:pPr>
      <w:r>
        <w:rPr>
          <w:rFonts w:ascii="Times New Roman" w:hAnsi="Times New Roman" w:eastAsia="Times New Roman"/>
          <w:b w:val="0"/>
          <w:color w:val="000000"/>
          <w:sz w:val="20"/>
        </w:rPr>
        <w:t>Destekleme veya zenginleştirme ihtiyacı görülen çalışma: .....................................................................................................................................</w:t>
      </w:r>
    </w:p>
    <w:p>
      <w:pPr>
        <w:spacing w:after="140" w:line="276" w:lineRule="auto"/>
        <w:ind w:firstLine="0"/>
        <w:jc w:val="left"/>
      </w:pPr>
      <w:r>
        <w:rPr>
          <w:rFonts w:ascii="Times New Roman" w:hAnsi="Times New Roman" w:eastAsia="Times New Roman"/>
          <w:b w:val="0"/>
          <w:color w:val="000000"/>
          <w:sz w:val="20"/>
        </w:rPr>
        <w:t>Sonraki haftaya hazırlık notu: Bir sonraki haftada Millî Mücadele kahramanları çalışması tamamlanacak ve yakın çevrede bir yerin konumuna ilişkin çıkarım yapmaya geçilecektir.</w:t>
      </w:r>
    </w:p>
    <w:p>
      <w:pPr>
        <w:pStyle w:val="Heading1"/>
        <w:keepNext/>
      </w:pPr>
      <w:r>
        <w:rPr>
          <w:rFonts w:ascii="Times New Roman" w:hAnsi="Times New Roman" w:eastAsia="Times New Roman"/>
          <w:b/>
          <w:color w:val="000000"/>
          <w:sz w:val="22"/>
        </w:rPr>
        <w:t>İmza</w:t>
      </w:r>
    </w:p>
    <w:p>
      <w:pPr>
        <w:spacing w:before="220" w:after="20"/>
        <w:jc w:val="center"/>
      </w:pPr>
      <w:r>
        <w:rPr>
          <w:rFonts w:ascii="Times New Roman" w:hAnsi="Times New Roman" w:eastAsia="Times New Roman"/>
          <w:b w:val="0"/>
          <w:color w:val="000000"/>
          <w:sz w:val="21"/>
        </w:rPr>
        <w:t>2 Kasım 2026</w:t>
      </w:r>
    </w:p>
    <w:p>
      <w:pPr>
        <w:spacing w:before="0" w:after="20"/>
        <w:jc w:val="center"/>
      </w:pPr>
      <w:r>
        <w:rPr>
          <w:rFonts w:ascii="Times New Roman" w:hAnsi="Times New Roman" w:eastAsia="Times New Roman"/>
          <w:b/>
          <w:color w:val="000000"/>
          <w:sz w:val="21"/>
        </w:rPr>
        <w:t>Ders Öğretmeni</w:t>
      </w:r>
    </w:p>
    <w:p>
      <w:pPr>
        <w:spacing w:before="0" w:after="20"/>
        <w:jc w:val="center"/>
      </w:pPr>
      <w:r>
        <w:rPr>
          <w:rFonts w:ascii="Times New Roman" w:hAnsi="Times New Roman" w:eastAsia="Times New Roman"/>
          <w:b w:val="0"/>
          <w:color w:val="000000"/>
          <w:sz w:val="21"/>
        </w:rPr>
        <w:t>........................................................</w:t>
      </w:r>
    </w:p>
    <w:p>
      <w:pPr>
        <w:spacing w:before="0" w:after="20"/>
        <w:jc w:val="center"/>
      </w:pPr>
      <w:r>
        <w:rPr>
          <w:rFonts w:ascii="Times New Roman" w:hAnsi="Times New Roman" w:eastAsia="Times New Roman"/>
          <w:b w:val="0"/>
          <w:color w:val="000000"/>
          <w:sz w:val="21"/>
        </w:rPr>
        <w:t>İmza</w:t>
      </w:r>
    </w:p>
    <w:sectPr w:rsidR="00FC693F" w:rsidRPr="0006063C" w:rsidSect="00034616">
      <w:pgSz w:w="11906" w:h="16838"/>
      <w:pgMar w:top="1020" w:right="1049" w:bottom="1020"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ind w:firstLine="369"/>
      <w:jc w:val="both"/>
    </w:pPr>
    <w:rPr>
      <w:rFonts w:ascii="Times New Roman" w:hAnsi="Times New Roman" w:eastAsia="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69" w:lineRule="auto"/>
      <w:ind w:firstLine="0"/>
      <w:jc w:val="left"/>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120" w:after="80" w:line="269" w:lineRule="auto"/>
      <w:ind w:firstLine="0"/>
      <w:jc w:val="left"/>
      <w:outlineLvl w:val="1"/>
    </w:pPr>
    <w:rPr>
      <w:rFonts w:asciiTheme="majorHAnsi" w:eastAsiaTheme="majorEastAsia" w:hAnsiTheme="majorHAnsi" w:cstheme="majorBidi" w:ascii="Times New Roman" w:hAnsi="Times New Roman" w:eastAsia="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9" w:lineRule="auto" w:before="0"/>
      <w:ind w:firstLine="0"/>
      <w:contextualSpacing/>
      <w:jc w:val="center"/>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Stage">
    <w:name w:val="PlanStage"/>
    <w:basedOn w:val="Normal"/>
    <w:pPr>
      <w:spacing w:before="140" w:after="60"/>
      <w:ind w:firstLine="0"/>
    </w:pPr>
    <w:rPr>
      <w:rFonts w:ascii="Times New Roman" w:hAnsi="Times New Roman"/>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4. Sınıf Sosyal Bilgiler 8. Hafta Ders Planı</dc:title>
  <dc:subject>Sosyal Bilgiler Ders Planı</dc:subject>
  <dc:creator/>
  <cp:keywords/>
  <dc:description/>
  <cp:lastModifiedBy/>
  <cp:revision>1</cp:revision>
  <dcterms:created xsi:type="dcterms:W3CDTF">2013-12-23T23:15:00Z</dcterms:created>
  <dcterms:modified xsi:type="dcterms:W3CDTF">2013-12-23T23:15:00Z</dcterms:modified>
  <cp:category/>
</cp:coreProperties>
</file>