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5. SINIF FEN BİLİMLERİ DERS PLANI</w:t>
      </w:r>
    </w:p>
    <w:p>
      <w:pPr>
        <w:pStyle w:val="Title"/>
        <w:spacing w:after="180"/>
      </w:pPr>
      <w:r>
        <w:rPr>
          <w:rFonts w:ascii="Times New Roman" w:hAnsi="Times New Roman"/>
          <w:b/>
          <w:color w:val="000000"/>
          <w:sz w:val="24"/>
        </w:rPr>
        <w:t>2.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21-25 Eylül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21 Eylül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Gökyüzündeki Komşularımız ve Biz</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Gökyüzündeki Komşumuz: Güneş</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FB.5.1.1. Güneş’in yapısı ve dönme hareketi ile ilgili bilgi toplayabilme.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Kaynakların güvenilirliğini sorgulama, bilgiyi doğrulama, kayıt altına alma ve sunma.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Bilgi toplama, karşılaştırma, bilimsel çıkarım ve iletişim.</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Dürüstlük, sorumluluk ve çalışkanlık.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önceki haftada Güneş hakkında soru oluşturma ve kaynak seçme deneyimi kazandıkları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“Güneş lekeleri bize Güneş’in hareketi hakkında hangi ipucunu verir; yakınlık bir cismin görünen büyüklüğünü nasıl değiştirir?”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Farklı büyüklükteki nesnelerin uzaklaştıkça daha küçük görünmesi, Güneş’in Dünya’dan büyük olmasına rağmen gökyüzünde küçük görünmesiyle ilişkilendirilir.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Ders kitabı, farklı nitelikte bilgi kartları, Güneş lekeleri görselleri, yakınlık-uzaklık karşılaştırma materyalleri, gözlem ve sunum notları.</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Güneş gözlemi yapılmaz; Güneş lekeleri yalnızca güvenli görüntüler üzerinden incelenir.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“Güneş lekeleri bize Güneş’in hareketi hakkında hangi ipucunu verir; yakınlık bir cismin görünen büyüklüğünü nasıl değiştirir?”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Bilgi doğrulama atölyesi ve yakınlık-uzaklık modeli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gökyüzündeki komşumuz: güneş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güneş gözlemi yapılmaz; güneş lekeleri yalnızca güvenli görüntüler üzerinden incelenir.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güneş’in dönme hareketi ve görünen büyüklüğü hakkında doğrulanmış bilgi notu ile ölçeksiz temsil çizimi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Doğrulama tablosu, çizim açıklaması ve iki cümlelik bilimsel sonuç.</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güneş’in dönme hareketi ve görünen büyüklüğü hakkında doğrulanmış bilgi notu ile ölçeksiz temsil çizimi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gökyüzündeki komşumuz: güneş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Güneş’in yapısı ve dönme hareketi ile ilgili bilgi toplayabilme.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FB.5.1.1. Güneş’e ilişkin bilgilerin güvenilir kaynaklarla doğrulanması ve Güneş’in dönme hareketi işlendi.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21 Eylül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Fen Bilimleri 2.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