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5. SINIF FEN BİLİMLERİ DERS PLANI</w:t>
      </w:r>
    </w:p>
    <w:p>
      <w:pPr>
        <w:pStyle w:val="Title"/>
        <w:spacing w:after="180"/>
      </w:pPr>
      <w:r>
        <w:rPr>
          <w:rFonts w:ascii="Times New Roman" w:hAnsi="Times New Roman"/>
          <w:b/>
          <w:color w:val="000000"/>
          <w:sz w:val="24"/>
        </w:rPr>
        <w:t>4.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5-9 Ekim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Ekim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Gökyüzündeki Komşularımız ve Biz</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Ay’ın Evreleri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FB.5.1.3. Ay’ın evrelerini temsil eden bilimsel model oluşturabilme.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Model önerme, kanıta göre modeli yenileme ve evreleri oluş sırasına göre açıklama.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Bilimsel model oluşturma, muhakeme, görsel okuryazarlık ve iş birliği.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Estetik, sorumluluk, sabır ve yardımlaşma.</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Ay’ın farklı zamanlarda farklı görünümlerinin olabileceğini günlük gözlemlerinden bildikleri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“Ay’ın görünümü neden değişir ve bir model bu değişimi gerçeğe uygun olarak nasıl gösterebilir?”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Türk bayrağındaki Ay’ın biçimi üzerinden Ay’ın neden her gece aynı görünmediği sorusu gündeme getirilir.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Ay evreleri kartları, ışık kaynağı, küre veya top model, siyah karton, gözlem günlüğü şablonu, değerlendirme ölçütü.</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Işık kaynağı kullanılırken gözlere doğrudan tutulmamasına ve sınıf geçiş alanlarının açık kalmasına dikkat edilir.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“Ay’ın görünümü neden değişir ve bir model bu değişimi gerçeğe uygun olarak nasıl gösterebilir?”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Ay evreleri sıralama, ışık-gölge modeli kurma ve model iyileştirme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ay’ın evreleri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işık kaynağı kullanılırken gözlere doğrudan tutulmamasına ve sınıf geçiş alanlarının açık kalmasına dikkat edilir.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ay evrelerini doğru sıra ile gösteren, dünya’dan görünüşü açıklayan bilimsel model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Model taslağı, model revizyon notu ve evre sıralama kartı.</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ay evrelerini doğru sıra ile gösteren, dünya’dan görünüşü açıklayan bilimsel model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ay’ın evreleri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Ay’ın evrelerini temsil eden bilimsel model oluşturabilme.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FB.5.1.3. Ay’ın evreleri, gözlem verileri ve bilimsel model oluşturma süreciyle işlendi.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5 Ekim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Fen Bilimleri 4.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