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5. SINIF FEN BİLİMLERİ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6.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19-23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19 Ekim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Kuvveti Tanıyalım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 ve Kuvvetin Ölçülmesi</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FB.5.2.1. Kuvveti büyüklüğü ile operasyonel tanımlayabilme.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Kuvvetin niteliklerini tanımlama, dinamometre ile ölçme, Newton birimiyle ifade etme.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Operasyonel tanımlama, veri toplama, karşılaştırma ve bilimsel iletişim.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Merak, çalışkanlık, sorumluluk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kuvvetin cisimler üzerindeki itme, çekme ve şekil değiştirme etkisini bildikleri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“Kuvveti sadece hissederek mi anlarız, yoksa ölçebilir ve ortak bir birimle ifade edebilir miyiz?”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El kantarlarının bir çeşit dinamometre olduğu üzerinden kuvvetin neden sayısal olarak ifade edilmek istendiği sorgulanır.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Dinamometreler, güvenli ağırlıklar, ölçüm tablosu, yay kalınlığı görselleri, çalışma kâğıdı, koruyucu sınıf yönergeleri.</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Dinamometre ölçüm sınırı aşılmaz; yaylar yüze doğrultulmaz, ağırlıklar sıra üzerinde güvenli şekilde kullanılır.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“Kuvveti sadece hissederek mi anlarız, yoksa ölçebilir ve ortak bir birimle ifade edebilir miyiz?”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Dinamometre ile kontrollü ölçüm istasyonları ve veri tablosu oluşturma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kuvvet ve kuvvetin ölçülmesi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dinamometre ölçüm sınırı aşılmaz; yaylar yüze doğrultulmaz, ağırlıklar sıra üzerinde güvenli şekilde kullanılır.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farklı nesnelere uygulanan kuvvetleri newton birimiyle gösteren ölçüm tablosu ve yorum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Ölçüm tablosu, birim kullanımı kontrolü ve kısa cevaplı değerlendirme.</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farklı nesnelere uygulanan kuvvetleri newton birimiyle gösteren ölçüm tablosu ve yorum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kuvvet ve kuvvetin ölçülmesi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Kuvveti büyüklüğü ile operasyonel tanımlayabilme.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FB.5.2.1. Kuvvetin dinamometre ile ölçülmesi ve Newton birimiyle ifade edilmesi işlendi.</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19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5. Sınıf Fen Bilimleri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