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5. SINIF FEN BİLİMLERİ DERS PLANI</w:t>
      </w:r>
    </w:p>
    <w:p>
      <w:pPr>
        <w:pStyle w:val="Title"/>
        <w:spacing w:after="180"/>
      </w:pPr>
      <w:r>
        <w:rPr>
          <w:rFonts w:ascii="Times New Roman" w:hAnsi="Times New Roman"/>
          <w:b/>
          <w:color w:val="000000"/>
          <w:sz w:val="24"/>
        </w:rPr>
        <w:t>9.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9.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9-13 Kasım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9 Kasım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Kuvveti Tanıyalım</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Sürtünme Kuvveti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FB.5.2.4. Sürtünme kuvvetinin çeşitli ortamlardaki etkilerine yönelik tümevarımsal akıl yürütebilme.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Günlük yaşam deneyimlerinden örüntü kurma, gözlemden genelleme yapma, etkileri yorumlama.</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Tümevarımsal akıl yürütme, gözlem, veri okuryazarlığı, problem çözme ve iş birliği.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Merak, sorumluluk, yardımseverlik ve açık fikirlilik.</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kuvvetin hareketi etkileyebildiğini ve kuvvetin ölçülebilir olduğunu bildikleri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“Bir cisim neden pürüzlü zeminde daha çabuk yavaşlar; sürtünme her zaman istenmeyen bir etki midir?”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Kaygan, pürüzlü, sulu ve havalı ortamda hareket eden cisimlerin neden farklı davrandığı günlük örneklerle sorgulanır.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Farklı yüzey örnekleri, oyuncak araç veya tahta blok, ölçüm şeridi, deney gözlem tablosu, hava ve su direnci görselleri, çalışma kâğıdı.</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Hareket deneylerinde kayganlaştırıcı madde kullanılmaz; materyaller masa üzerinde, kontrollü ve kısa mesafelerde hareket ettirilir.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“Bir cisim neden pürüzlü zeminde daha çabuk yavaşlar; sürtünme her zaman istenmeyen bir etki midir?”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Farklı yüzeylerde hareket gözlemi, örüntü oluşturma ve günlük yaşam çözümü geliştirme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sürtünme kuvveti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hareket deneylerinde kayganlaştırıcı madde kullanılmaz; materyaller masa üzerinde, kontrollü ve kısa mesafelerde hareket ettirilir.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yüzey türü-hareket ilişkisini gösteren deney tablosu ile sürtünmenin yarar ve zararlarını içeren çözüm kartı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Gözlem tablosu, örüntü/genelleme cümlesi ve çözüm kartı.</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yüzey türü-hareket ilişkisini gösteren deney tablosu ile sürtünmenin yarar ve zararlarını içeren çözüm kartı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sürtünme kuvveti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Sürtünme kuvvetinin çeşitli ortamlardaki etkilerine yönelik tümevarımsal akıl yürütebilme.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FB.5.2.4. Sürtünme kuvvetinin farklı ortam ve yüzeylerde hareket üzerindeki etkisi gözlem ve genellemeyle işlendi.</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9 Kasım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Fen Bilimleri 9.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